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88AF" w14:textId="77777777" w:rsidR="0017416B" w:rsidRPr="00445D70" w:rsidRDefault="00000000" w:rsidP="00B15B1E">
      <w:pPr>
        <w:bidi/>
        <w:jc w:val="center"/>
        <w:rPr>
          <w:bCs/>
          <w:sz w:val="28"/>
          <w:szCs w:val="28"/>
        </w:rPr>
      </w:pPr>
      <w:r w:rsidRPr="00445D70">
        <w:rPr>
          <w:bCs/>
          <w:sz w:val="28"/>
          <w:szCs w:val="28"/>
          <w:rtl/>
        </w:rPr>
        <w:t xml:space="preserve">מוזיאון </w:t>
      </w:r>
      <w:proofErr w:type="spellStart"/>
      <w:r w:rsidRPr="00445D70">
        <w:rPr>
          <w:bCs/>
          <w:sz w:val="28"/>
          <w:szCs w:val="28"/>
          <w:rtl/>
        </w:rPr>
        <w:t>ארץ</w:t>
      </w:r>
      <w:proofErr w:type="spellEnd"/>
      <w:r w:rsidRPr="00445D70">
        <w:rPr>
          <w:bCs/>
          <w:sz w:val="28"/>
          <w:szCs w:val="28"/>
          <w:rtl/>
        </w:rPr>
        <w:t xml:space="preserve"> </w:t>
      </w:r>
      <w:proofErr w:type="spellStart"/>
      <w:r w:rsidRPr="00445D70">
        <w:rPr>
          <w:bCs/>
          <w:sz w:val="28"/>
          <w:szCs w:val="28"/>
          <w:rtl/>
        </w:rPr>
        <w:t>ישראל</w:t>
      </w:r>
      <w:proofErr w:type="spellEnd"/>
      <w:r w:rsidRPr="00445D70">
        <w:rPr>
          <w:bCs/>
          <w:sz w:val="28"/>
          <w:szCs w:val="28"/>
          <w:rtl/>
        </w:rPr>
        <w:t xml:space="preserve"> – </w:t>
      </w:r>
      <w:proofErr w:type="spellStart"/>
      <w:r w:rsidRPr="00445D70">
        <w:rPr>
          <w:bCs/>
          <w:sz w:val="28"/>
          <w:szCs w:val="28"/>
          <w:rtl/>
        </w:rPr>
        <w:t>תל</w:t>
      </w:r>
      <w:proofErr w:type="spellEnd"/>
      <w:r w:rsidRPr="00445D70">
        <w:rPr>
          <w:bCs/>
          <w:sz w:val="28"/>
          <w:szCs w:val="28"/>
          <w:rtl/>
        </w:rPr>
        <w:t xml:space="preserve"> </w:t>
      </w:r>
      <w:proofErr w:type="spellStart"/>
      <w:r w:rsidRPr="00445D70">
        <w:rPr>
          <w:bCs/>
          <w:sz w:val="28"/>
          <w:szCs w:val="28"/>
          <w:rtl/>
        </w:rPr>
        <w:t>אביב</w:t>
      </w:r>
      <w:proofErr w:type="spellEnd"/>
      <w:r w:rsidRPr="00445D70">
        <w:rPr>
          <w:bCs/>
          <w:sz w:val="28"/>
          <w:szCs w:val="28"/>
          <w:rtl/>
        </w:rPr>
        <w:t xml:space="preserve"> | </w:t>
      </w:r>
      <w:proofErr w:type="spellStart"/>
      <w:r w:rsidRPr="00445D70">
        <w:rPr>
          <w:bCs/>
          <w:sz w:val="28"/>
          <w:szCs w:val="28"/>
          <w:rtl/>
        </w:rPr>
        <w:t>מוז״א</w:t>
      </w:r>
      <w:proofErr w:type="spellEnd"/>
    </w:p>
    <w:p w14:paraId="667B9C88" w14:textId="77777777" w:rsidR="0017416B" w:rsidRPr="00445D70" w:rsidRDefault="00000000" w:rsidP="00B15B1E">
      <w:pPr>
        <w:bidi/>
        <w:jc w:val="center"/>
        <w:rPr>
          <w:bCs/>
          <w:sz w:val="28"/>
          <w:szCs w:val="28"/>
          <w:rtl/>
          <w:lang w:bidi="he-IL"/>
        </w:rPr>
      </w:pPr>
      <w:proofErr w:type="spellStart"/>
      <w:r w:rsidRPr="00445D70">
        <w:rPr>
          <w:bCs/>
          <w:sz w:val="28"/>
          <w:szCs w:val="28"/>
          <w:rtl/>
        </w:rPr>
        <w:t>שאלון</w:t>
      </w:r>
      <w:proofErr w:type="spellEnd"/>
      <w:r w:rsidRPr="00445D70">
        <w:rPr>
          <w:bCs/>
          <w:sz w:val="28"/>
          <w:szCs w:val="28"/>
          <w:rtl/>
        </w:rPr>
        <w:t xml:space="preserve"> </w:t>
      </w:r>
      <w:proofErr w:type="spellStart"/>
      <w:r w:rsidRPr="00445D70">
        <w:rPr>
          <w:bCs/>
          <w:sz w:val="28"/>
          <w:szCs w:val="28"/>
          <w:rtl/>
        </w:rPr>
        <w:t>מועמדות</w:t>
      </w:r>
      <w:proofErr w:type="spellEnd"/>
      <w:r w:rsidRPr="00445D70">
        <w:rPr>
          <w:bCs/>
          <w:sz w:val="28"/>
          <w:szCs w:val="28"/>
          <w:rtl/>
        </w:rPr>
        <w:t xml:space="preserve"> – </w:t>
      </w:r>
      <w:proofErr w:type="spellStart"/>
      <w:r w:rsidRPr="00445D70">
        <w:rPr>
          <w:bCs/>
          <w:sz w:val="28"/>
          <w:szCs w:val="28"/>
          <w:rtl/>
        </w:rPr>
        <w:t>סמנכ״ל</w:t>
      </w:r>
      <w:proofErr w:type="spellEnd"/>
      <w:r w:rsidRPr="00445D70">
        <w:rPr>
          <w:bCs/>
          <w:sz w:val="28"/>
          <w:szCs w:val="28"/>
          <w:rtl/>
        </w:rPr>
        <w:t>/</w:t>
      </w:r>
      <w:proofErr w:type="spellStart"/>
      <w:r w:rsidRPr="00445D70">
        <w:rPr>
          <w:bCs/>
          <w:sz w:val="28"/>
          <w:szCs w:val="28"/>
          <w:rtl/>
        </w:rPr>
        <w:t>ית</w:t>
      </w:r>
      <w:proofErr w:type="spellEnd"/>
      <w:r w:rsidRPr="00445D70">
        <w:rPr>
          <w:bCs/>
          <w:sz w:val="28"/>
          <w:szCs w:val="28"/>
          <w:rtl/>
        </w:rPr>
        <w:t xml:space="preserve"> </w:t>
      </w:r>
      <w:proofErr w:type="spellStart"/>
      <w:r w:rsidRPr="00445D70">
        <w:rPr>
          <w:bCs/>
          <w:sz w:val="28"/>
          <w:szCs w:val="28"/>
          <w:rtl/>
        </w:rPr>
        <w:t>שיווק</w:t>
      </w:r>
      <w:proofErr w:type="spellEnd"/>
      <w:r w:rsidRPr="00445D70">
        <w:rPr>
          <w:bCs/>
          <w:sz w:val="28"/>
          <w:szCs w:val="28"/>
          <w:rtl/>
        </w:rPr>
        <w:t xml:space="preserve">, </w:t>
      </w:r>
      <w:proofErr w:type="spellStart"/>
      <w:r w:rsidRPr="00445D70">
        <w:rPr>
          <w:bCs/>
          <w:sz w:val="28"/>
          <w:szCs w:val="28"/>
          <w:rtl/>
        </w:rPr>
        <w:t>קהלים</w:t>
      </w:r>
      <w:proofErr w:type="spellEnd"/>
      <w:r w:rsidRPr="00445D70">
        <w:rPr>
          <w:bCs/>
          <w:sz w:val="28"/>
          <w:szCs w:val="28"/>
          <w:rtl/>
        </w:rPr>
        <w:t xml:space="preserve"> </w:t>
      </w:r>
      <w:proofErr w:type="spellStart"/>
      <w:r w:rsidRPr="00445D70">
        <w:rPr>
          <w:bCs/>
          <w:sz w:val="28"/>
          <w:szCs w:val="28"/>
          <w:rtl/>
        </w:rPr>
        <w:t>ומסחר</w:t>
      </w:r>
      <w:proofErr w:type="spellEnd"/>
    </w:p>
    <w:p w14:paraId="2ADD5B2A" w14:textId="77777777" w:rsidR="00445D70" w:rsidRPr="00445D70" w:rsidRDefault="00445D70" w:rsidP="0047127B">
      <w:pPr>
        <w:bidi/>
        <w:spacing w:before="220" w:after="140"/>
        <w:rPr>
          <w:bCs/>
          <w:sz w:val="28"/>
          <w:szCs w:val="28"/>
          <w:rtl/>
          <w:lang w:bidi="he-IL"/>
        </w:rPr>
      </w:pPr>
    </w:p>
    <w:p w14:paraId="382E26E2" w14:textId="1C029A12" w:rsidR="0047127B" w:rsidRDefault="0047127B" w:rsidP="00445D70">
      <w:pPr>
        <w:bidi/>
        <w:spacing w:before="220" w:after="140"/>
        <w:rPr>
          <w:bCs/>
          <w:sz w:val="24"/>
          <w:szCs w:val="24"/>
          <w:rtl/>
          <w:lang w:bidi="he-IL"/>
        </w:rPr>
      </w:pPr>
      <w:r>
        <w:rPr>
          <w:rFonts w:hint="cs"/>
          <w:bCs/>
          <w:sz w:val="24"/>
          <w:szCs w:val="24"/>
          <w:rtl/>
          <w:lang w:bidi="he-IL"/>
        </w:rPr>
        <w:t>מועמד/ת יקר/ה,</w:t>
      </w:r>
    </w:p>
    <w:p w14:paraId="268EDF84" w14:textId="051C0AD6" w:rsidR="0047127B" w:rsidRPr="005352AE" w:rsidRDefault="0047127B" w:rsidP="0047127B">
      <w:pPr>
        <w:bidi/>
        <w:spacing w:before="220" w:after="140"/>
        <w:rPr>
          <w:b/>
          <w:sz w:val="24"/>
          <w:szCs w:val="24"/>
          <w:u w:val="single"/>
          <w:lang w:bidi="he-IL"/>
        </w:rPr>
      </w:pPr>
      <w:r w:rsidRPr="005352AE">
        <w:rPr>
          <w:rFonts w:hint="cs"/>
          <w:b/>
          <w:sz w:val="24"/>
          <w:szCs w:val="24"/>
          <w:u w:val="single"/>
          <w:rtl/>
          <w:lang w:bidi="he-IL"/>
        </w:rPr>
        <w:t xml:space="preserve">להלן </w:t>
      </w:r>
      <w:proofErr w:type="spellStart"/>
      <w:r w:rsidRPr="005352AE">
        <w:rPr>
          <w:b/>
          <w:sz w:val="24"/>
          <w:szCs w:val="24"/>
          <w:u w:val="single"/>
          <w:rtl/>
        </w:rPr>
        <w:t>הנחיות</w:t>
      </w:r>
      <w:proofErr w:type="spellEnd"/>
      <w:r w:rsidRPr="005352AE">
        <w:rPr>
          <w:b/>
          <w:sz w:val="24"/>
          <w:szCs w:val="24"/>
          <w:u w:val="single"/>
          <w:rtl/>
        </w:rPr>
        <w:t xml:space="preserve"> </w:t>
      </w:r>
      <w:proofErr w:type="spellStart"/>
      <w:r w:rsidRPr="005352AE">
        <w:rPr>
          <w:b/>
          <w:sz w:val="24"/>
          <w:szCs w:val="24"/>
          <w:u w:val="single"/>
          <w:rtl/>
        </w:rPr>
        <w:t>למילוי</w:t>
      </w:r>
      <w:proofErr w:type="spellEnd"/>
      <w:r w:rsidRPr="005352AE">
        <w:rPr>
          <w:rFonts w:hint="cs"/>
          <w:b/>
          <w:sz w:val="24"/>
          <w:szCs w:val="24"/>
          <w:u w:val="single"/>
          <w:rtl/>
          <w:lang w:bidi="he-IL"/>
        </w:rPr>
        <w:t xml:space="preserve"> השאלון:</w:t>
      </w:r>
    </w:p>
    <w:p w14:paraId="5FD4AA98" w14:textId="77777777" w:rsidR="0047127B" w:rsidRDefault="0047127B" w:rsidP="0047127B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למלא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השאלון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בעברית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ובהקלדה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בלבד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לכל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נדרש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לציין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ארגון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תפקיד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תקופה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מדויקת</w:t>
      </w:r>
      <w:proofErr w:type="spellEnd"/>
      <w:r w:rsidRPr="00C7345E">
        <w:rPr>
          <w:sz w:val="24"/>
          <w:szCs w:val="24"/>
          <w:rtl/>
        </w:rPr>
        <w:t xml:space="preserve"> (</w:t>
      </w:r>
      <w:proofErr w:type="spellStart"/>
      <w:r w:rsidRPr="00C7345E">
        <w:rPr>
          <w:sz w:val="24"/>
          <w:szCs w:val="24"/>
          <w:rtl/>
        </w:rPr>
        <w:t>חודש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ושנה</w:t>
      </w:r>
      <w:proofErr w:type="spellEnd"/>
      <w:r w:rsidRPr="00C7345E">
        <w:rPr>
          <w:sz w:val="24"/>
          <w:szCs w:val="24"/>
          <w:rtl/>
        </w:rPr>
        <w:t xml:space="preserve">), </w:t>
      </w:r>
      <w:proofErr w:type="spellStart"/>
      <w:r w:rsidRPr="00C7345E">
        <w:rPr>
          <w:sz w:val="24"/>
          <w:szCs w:val="24"/>
          <w:rtl/>
        </w:rPr>
        <w:t>היקף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אחריות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ודוגמאות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רלוונטיות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ניתן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להוסיף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שורות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בטבלאות</w:t>
      </w:r>
      <w:proofErr w:type="spellEnd"/>
      <w:r w:rsidRPr="00C7345E">
        <w:rPr>
          <w:sz w:val="24"/>
          <w:szCs w:val="24"/>
          <w:rtl/>
        </w:rPr>
        <w:t xml:space="preserve">. </w:t>
      </w:r>
    </w:p>
    <w:p w14:paraId="25002046" w14:textId="77777777" w:rsidR="00283071" w:rsidRPr="00283071" w:rsidRDefault="00283071" w:rsidP="00283071">
      <w:pPr>
        <w:bidi/>
        <w:rPr>
          <w:sz w:val="24"/>
          <w:szCs w:val="24"/>
        </w:rPr>
      </w:pPr>
      <w:r w:rsidRPr="00283071">
        <w:rPr>
          <w:sz w:val="24"/>
          <w:szCs w:val="24"/>
          <w:rtl/>
          <w:lang w:bidi="he-IL"/>
        </w:rPr>
        <w:t>במקרה של עבודה במספר תפקידים במקביל, יש לציין את תקופות ההעסקה בכל תפקיד בנפרד. תקופות עבודה חופפות ייספרו פעם אחת בלבד לצורך חישוב שנות הניסיון</w:t>
      </w:r>
      <w:r w:rsidRPr="00283071">
        <w:rPr>
          <w:sz w:val="24"/>
          <w:szCs w:val="24"/>
        </w:rPr>
        <w:t>.</w:t>
      </w:r>
    </w:p>
    <w:p w14:paraId="7657CD66" w14:textId="77777777" w:rsidR="0047127B" w:rsidRDefault="0047127B" w:rsidP="0047127B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לצרף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קורות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חיים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מעודכנים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ותעודות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השכלה</w:t>
      </w:r>
      <w:proofErr w:type="spellEnd"/>
      <w:r w:rsidRPr="00C7345E">
        <w:rPr>
          <w:sz w:val="24"/>
          <w:szCs w:val="24"/>
          <w:rtl/>
        </w:rPr>
        <w:t xml:space="preserve">. </w:t>
      </w:r>
    </w:p>
    <w:p w14:paraId="522181CD" w14:textId="16D14BDB" w:rsidR="0047127B" w:rsidRDefault="0047127B" w:rsidP="0047127B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השאלון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משמש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לבדיקת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תנאי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סף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ולניקוד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ויתרונות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בהתאם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למסמכי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המכרז</w:t>
      </w:r>
      <w:proofErr w:type="spellEnd"/>
      <w:r w:rsidRPr="00C7345E">
        <w:rPr>
          <w:sz w:val="24"/>
          <w:szCs w:val="24"/>
          <w:rtl/>
        </w:rPr>
        <w:t>.</w:t>
      </w:r>
    </w:p>
    <w:p w14:paraId="68EAA452" w14:textId="54774821" w:rsidR="0047127B" w:rsidRDefault="0047127B" w:rsidP="0047127B">
      <w:pPr>
        <w:pStyle w:val="ae"/>
        <w:spacing w:line="360" w:lineRule="auto"/>
        <w:jc w:val="right"/>
        <w:rPr>
          <w:sz w:val="24"/>
          <w:szCs w:val="24"/>
          <w:rtl/>
          <w:lang w:bidi="he-IL"/>
        </w:rPr>
      </w:pPr>
    </w:p>
    <w:p w14:paraId="2DA6486C" w14:textId="06C8F711" w:rsidR="0047127B" w:rsidRDefault="0047127B" w:rsidP="0047127B">
      <w:pPr>
        <w:pStyle w:val="ae"/>
        <w:spacing w:line="360" w:lineRule="auto"/>
        <w:jc w:val="right"/>
        <w:rPr>
          <w:sz w:val="24"/>
          <w:szCs w:val="24"/>
          <w:rtl/>
          <w:lang w:bidi="he-IL"/>
        </w:rPr>
      </w:pPr>
      <w:r>
        <w:rPr>
          <w:rFonts w:hint="cs"/>
          <w:sz w:val="24"/>
          <w:szCs w:val="24"/>
          <w:rtl/>
          <w:lang w:bidi="he-IL"/>
        </w:rPr>
        <w:t xml:space="preserve">לכל שאלה בנוגע למילוי השאלון או אחר, ניתן לפנות לשני שלמה </w:t>
      </w:r>
    </w:p>
    <w:p w14:paraId="48DA189B" w14:textId="3C3E5402" w:rsidR="0047127B" w:rsidRDefault="0047127B" w:rsidP="0047127B">
      <w:pPr>
        <w:pStyle w:val="ae"/>
        <w:spacing w:line="360" w:lineRule="auto"/>
        <w:jc w:val="right"/>
        <w:rPr>
          <w:sz w:val="24"/>
          <w:szCs w:val="24"/>
          <w:lang w:bidi="he-IL"/>
        </w:rPr>
      </w:pPr>
      <w:proofErr w:type="spellStart"/>
      <w:r>
        <w:rPr>
          <w:rFonts w:hint="cs"/>
          <w:sz w:val="24"/>
          <w:szCs w:val="24"/>
          <w:rtl/>
          <w:lang w:bidi="he-IL"/>
        </w:rPr>
        <w:t>בוואטסאפ</w:t>
      </w:r>
      <w:proofErr w:type="spellEnd"/>
      <w:r>
        <w:rPr>
          <w:rFonts w:hint="cs"/>
          <w:sz w:val="24"/>
          <w:szCs w:val="24"/>
          <w:rtl/>
          <w:lang w:bidi="he-IL"/>
        </w:rPr>
        <w:t>: 0542228056</w:t>
      </w:r>
    </w:p>
    <w:p w14:paraId="0CAEBCE0" w14:textId="77777777" w:rsidR="0047127B" w:rsidRPr="0047127B" w:rsidRDefault="0047127B" w:rsidP="0047127B">
      <w:pPr>
        <w:bidi/>
        <w:rPr>
          <w:sz w:val="24"/>
          <w:szCs w:val="24"/>
          <w:lang w:bidi="he-IL"/>
        </w:rPr>
      </w:pPr>
    </w:p>
    <w:p w14:paraId="2690A41C" w14:textId="23FE39EA" w:rsidR="0047127B" w:rsidRPr="00C7345E" w:rsidRDefault="0047127B" w:rsidP="0047127B">
      <w:pPr>
        <w:bidi/>
        <w:rPr>
          <w:bCs/>
          <w:sz w:val="24"/>
          <w:szCs w:val="24"/>
        </w:rPr>
      </w:pPr>
      <w:proofErr w:type="spellStart"/>
      <w:r w:rsidRPr="00C7345E">
        <w:rPr>
          <w:bCs/>
          <w:sz w:val="24"/>
          <w:szCs w:val="24"/>
          <w:rtl/>
        </w:rPr>
        <w:t>נא</w:t>
      </w:r>
      <w:proofErr w:type="spellEnd"/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לשלוח</w:t>
      </w:r>
      <w:proofErr w:type="spellEnd"/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לכתובת</w:t>
      </w:r>
      <w:proofErr w:type="spellEnd"/>
      <w:r w:rsidRPr="00C7345E">
        <w:rPr>
          <w:bCs/>
          <w:sz w:val="24"/>
          <w:szCs w:val="24"/>
          <w:rtl/>
        </w:rPr>
        <w:t xml:space="preserve">: muzavpmarketing@hever.co.il | </w:t>
      </w:r>
      <w:proofErr w:type="spellStart"/>
      <w:r w:rsidRPr="00C7345E">
        <w:rPr>
          <w:bCs/>
          <w:sz w:val="24"/>
          <w:szCs w:val="24"/>
          <w:rtl/>
        </w:rPr>
        <w:t>מועד</w:t>
      </w:r>
      <w:proofErr w:type="spellEnd"/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אחרון</w:t>
      </w:r>
      <w:proofErr w:type="spellEnd"/>
      <w:r w:rsidRPr="00C7345E">
        <w:rPr>
          <w:bCs/>
          <w:sz w:val="24"/>
          <w:szCs w:val="24"/>
          <w:rtl/>
        </w:rPr>
        <w:t xml:space="preserve">: </w:t>
      </w:r>
      <w:r w:rsidR="00766BCF">
        <w:rPr>
          <w:rFonts w:hint="cs"/>
          <w:bCs/>
          <w:sz w:val="24"/>
          <w:szCs w:val="24"/>
          <w:rtl/>
          <w:lang w:bidi="he-IL"/>
        </w:rPr>
        <w:t>22.11.2026</w:t>
      </w:r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בשעה</w:t>
      </w:r>
      <w:proofErr w:type="spellEnd"/>
      <w:r w:rsidRPr="00C7345E">
        <w:rPr>
          <w:bCs/>
          <w:sz w:val="24"/>
          <w:szCs w:val="24"/>
          <w:rtl/>
        </w:rPr>
        <w:t xml:space="preserve"> 16:00</w:t>
      </w:r>
    </w:p>
    <w:p w14:paraId="46B6D4F7" w14:textId="77777777" w:rsidR="00445D70" w:rsidRDefault="00445D70" w:rsidP="0047127B">
      <w:pPr>
        <w:bidi/>
        <w:rPr>
          <w:bCs/>
          <w:sz w:val="24"/>
          <w:szCs w:val="24"/>
          <w:rtl/>
          <w:lang w:bidi="he-IL"/>
        </w:rPr>
      </w:pPr>
    </w:p>
    <w:p w14:paraId="29BBD95F" w14:textId="10667C2F" w:rsidR="0047127B" w:rsidRDefault="00445D70" w:rsidP="00445D70">
      <w:pPr>
        <w:bidi/>
        <w:rPr>
          <w:bCs/>
          <w:sz w:val="24"/>
          <w:szCs w:val="24"/>
          <w:rtl/>
          <w:lang w:bidi="he-IL"/>
        </w:rPr>
      </w:pPr>
      <w:r>
        <w:rPr>
          <w:rFonts w:hint="cs"/>
          <w:bCs/>
          <w:sz w:val="24"/>
          <w:szCs w:val="24"/>
          <w:rtl/>
          <w:lang w:bidi="he-IL"/>
        </w:rPr>
        <w:t xml:space="preserve"> אנו מאחלים לך בהצלחה!</w:t>
      </w:r>
    </w:p>
    <w:p w14:paraId="660A07B4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2405DFC6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0F522D63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5083571A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03C4B57D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5A5CE4FF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37798986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573C5B29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399FC591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46460DBB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1F389250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573C5A74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24D5C715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04C6DAB9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2E6A2BD1" w14:textId="77777777" w:rsidR="00445D70" w:rsidRDefault="00445D70" w:rsidP="00445D70">
      <w:pPr>
        <w:bidi/>
        <w:rPr>
          <w:bCs/>
          <w:sz w:val="24"/>
          <w:szCs w:val="24"/>
          <w:rtl/>
          <w:lang w:bidi="he-IL"/>
        </w:rPr>
      </w:pPr>
    </w:p>
    <w:p w14:paraId="6DB03588" w14:textId="77777777" w:rsidR="00445D70" w:rsidRPr="00C7345E" w:rsidRDefault="00445D70" w:rsidP="00445D70">
      <w:pPr>
        <w:bidi/>
        <w:rPr>
          <w:bCs/>
          <w:sz w:val="24"/>
          <w:szCs w:val="24"/>
          <w:lang w:bidi="he-IL"/>
        </w:rPr>
      </w:pPr>
    </w:p>
    <w:p w14:paraId="2F30EA05" w14:textId="77777777" w:rsidR="0017416B" w:rsidRDefault="00000000" w:rsidP="00B15B1E">
      <w:pPr>
        <w:bidi/>
        <w:spacing w:before="220" w:after="140"/>
        <w:rPr>
          <w:bCs/>
          <w:sz w:val="24"/>
          <w:szCs w:val="24"/>
          <w:u w:val="single"/>
          <w:rtl/>
          <w:lang w:bidi="he-IL"/>
        </w:rPr>
      </w:pPr>
      <w:proofErr w:type="spellStart"/>
      <w:r w:rsidRPr="00C7345E">
        <w:rPr>
          <w:bCs/>
          <w:sz w:val="24"/>
          <w:szCs w:val="24"/>
          <w:u w:val="single"/>
          <w:rtl/>
        </w:rPr>
        <w:t>חלק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א׳ – </w:t>
      </w:r>
      <w:proofErr w:type="spellStart"/>
      <w:r w:rsidRPr="00C7345E">
        <w:rPr>
          <w:bCs/>
          <w:sz w:val="24"/>
          <w:szCs w:val="24"/>
          <w:u w:val="single"/>
          <w:rtl/>
        </w:rPr>
        <w:t>פרטים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אישיים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ופרטי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התקשרות</w:t>
      </w:r>
      <w:proofErr w:type="spellEnd"/>
    </w:p>
    <w:p w14:paraId="42E68342" w14:textId="77777777" w:rsidR="006E5859" w:rsidRPr="00C7345E" w:rsidRDefault="006E5859" w:rsidP="006E5859">
      <w:pPr>
        <w:bidi/>
        <w:spacing w:before="220" w:after="140"/>
        <w:rPr>
          <w:bCs/>
          <w:sz w:val="24"/>
          <w:szCs w:val="24"/>
          <w:u w:val="single"/>
          <w:lang w:bidi="he-IL"/>
        </w:rPr>
      </w:pPr>
    </w:p>
    <w:p w14:paraId="028E88C7" w14:textId="7CA63CC4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שם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פרטי</w:t>
      </w:r>
      <w:proofErr w:type="spellEnd"/>
      <w:r w:rsidRPr="00C7345E">
        <w:rPr>
          <w:sz w:val="24"/>
          <w:szCs w:val="24"/>
          <w:rtl/>
        </w:rPr>
        <w:t xml:space="preserve">: ___________________   </w:t>
      </w:r>
      <w:proofErr w:type="spellStart"/>
      <w:r w:rsidRPr="00C7345E">
        <w:rPr>
          <w:sz w:val="24"/>
          <w:szCs w:val="24"/>
          <w:rtl/>
        </w:rPr>
        <w:t>שם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משפחה</w:t>
      </w:r>
      <w:proofErr w:type="spellEnd"/>
      <w:r w:rsidRPr="00C7345E">
        <w:rPr>
          <w:sz w:val="24"/>
          <w:szCs w:val="24"/>
          <w:rtl/>
        </w:rPr>
        <w:t>: ____________________</w:t>
      </w:r>
    </w:p>
    <w:p w14:paraId="02646000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3121EE4B" w14:textId="2F0C3545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מספר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תעודת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זהות</w:t>
      </w:r>
      <w:proofErr w:type="spellEnd"/>
      <w:r w:rsidRPr="00C7345E">
        <w:rPr>
          <w:sz w:val="24"/>
          <w:szCs w:val="24"/>
          <w:rtl/>
        </w:rPr>
        <w:t>: ____________________</w:t>
      </w:r>
    </w:p>
    <w:p w14:paraId="6F256829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7DBF8F55" w14:textId="5FC3A1DC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טלפון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נייד</w:t>
      </w:r>
      <w:proofErr w:type="spellEnd"/>
      <w:r w:rsidRPr="00C7345E">
        <w:rPr>
          <w:sz w:val="24"/>
          <w:szCs w:val="24"/>
          <w:rtl/>
        </w:rPr>
        <w:t xml:space="preserve">: __________________________    </w:t>
      </w:r>
    </w:p>
    <w:p w14:paraId="42730C36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38EAA9CA" w14:textId="0919EBAD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כתובת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דוא״ל</w:t>
      </w:r>
      <w:proofErr w:type="spellEnd"/>
      <w:r w:rsidRPr="00C7345E">
        <w:rPr>
          <w:sz w:val="24"/>
          <w:szCs w:val="24"/>
          <w:rtl/>
        </w:rPr>
        <w:t>: _____________________________________________________________________</w:t>
      </w:r>
    </w:p>
    <w:p w14:paraId="4B333A01" w14:textId="77777777" w:rsidR="005352AE" w:rsidRDefault="005352AE" w:rsidP="006D4667">
      <w:pPr>
        <w:bidi/>
        <w:rPr>
          <w:sz w:val="24"/>
          <w:szCs w:val="24"/>
          <w:rtl/>
          <w:lang w:bidi="he-IL"/>
        </w:rPr>
      </w:pPr>
    </w:p>
    <w:p w14:paraId="33579CBF" w14:textId="0299392E" w:rsidR="005352AE" w:rsidRDefault="006D4667" w:rsidP="005352AE">
      <w:pPr>
        <w:bidi/>
        <w:rPr>
          <w:sz w:val="24"/>
          <w:szCs w:val="24"/>
          <w:rtl/>
          <w:lang w:bidi="he-IL"/>
        </w:rPr>
      </w:pPr>
      <w:r w:rsidRPr="006D4667">
        <w:rPr>
          <w:sz w:val="24"/>
          <w:szCs w:val="24"/>
          <w:rtl/>
          <w:lang w:bidi="he-IL"/>
        </w:rPr>
        <w:t>התפקיד מחייב עבודה במשרה מלאה בתל אביב</w:t>
      </w:r>
      <w:r w:rsidRPr="006D4667">
        <w:rPr>
          <w:sz w:val="24"/>
          <w:szCs w:val="24"/>
        </w:rPr>
        <w:t xml:space="preserve">, </w:t>
      </w:r>
      <w:r w:rsidRPr="006D4667">
        <w:rPr>
          <w:sz w:val="24"/>
          <w:szCs w:val="24"/>
          <w:rtl/>
          <w:lang w:bidi="he-IL"/>
        </w:rPr>
        <w:t>לרבות בשעות לא שגרתיות בהתאם לצורכי המוזיאון</w:t>
      </w:r>
      <w:r w:rsidR="005352AE">
        <w:rPr>
          <w:rFonts w:hint="cs"/>
          <w:sz w:val="24"/>
          <w:szCs w:val="24"/>
          <w:rtl/>
          <w:lang w:bidi="he-IL"/>
        </w:rPr>
        <w:t>.</w:t>
      </w:r>
    </w:p>
    <w:p w14:paraId="435779C6" w14:textId="03B0DE95" w:rsidR="006D4667" w:rsidRPr="006D4667" w:rsidRDefault="006D4667" w:rsidP="005352AE">
      <w:pPr>
        <w:bidi/>
        <w:rPr>
          <w:sz w:val="24"/>
          <w:szCs w:val="24"/>
        </w:rPr>
      </w:pPr>
      <w:r w:rsidRPr="006D4667">
        <w:rPr>
          <w:sz w:val="24"/>
          <w:szCs w:val="24"/>
          <w:rtl/>
          <w:lang w:bidi="he-IL"/>
        </w:rPr>
        <w:t>האם באפשרותך לעמוד בדרישות אלו</w:t>
      </w:r>
      <w:r w:rsidRPr="006D4667">
        <w:rPr>
          <w:sz w:val="24"/>
          <w:szCs w:val="24"/>
        </w:rPr>
        <w:t>?</w:t>
      </w:r>
    </w:p>
    <w:p w14:paraId="0DE78064" w14:textId="77777777" w:rsidR="006D4667" w:rsidRPr="006D4667" w:rsidRDefault="006D4667" w:rsidP="006D4667">
      <w:pPr>
        <w:bidi/>
        <w:rPr>
          <w:sz w:val="24"/>
          <w:szCs w:val="24"/>
        </w:rPr>
      </w:pPr>
      <w:r w:rsidRPr="006D4667">
        <w:rPr>
          <w:sz w:val="24"/>
          <w:szCs w:val="24"/>
          <w:rtl/>
          <w:lang w:bidi="he-IL"/>
        </w:rPr>
        <w:t xml:space="preserve">כן </w:t>
      </w:r>
      <w:r w:rsidRPr="006D4667">
        <w:rPr>
          <w:sz w:val="24"/>
          <w:szCs w:val="24"/>
        </w:rPr>
        <w:t xml:space="preserve">/ </w:t>
      </w:r>
      <w:r w:rsidRPr="006D4667">
        <w:rPr>
          <w:sz w:val="24"/>
          <w:szCs w:val="24"/>
          <w:rtl/>
          <w:lang w:bidi="he-IL"/>
        </w:rPr>
        <w:t>לא</w:t>
      </w:r>
    </w:p>
    <w:p w14:paraId="017ECA8F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63AB6F6A" w14:textId="07451D39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תפקיד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נוכחי</w:t>
      </w:r>
      <w:proofErr w:type="spellEnd"/>
      <w:r w:rsidRPr="00C7345E">
        <w:rPr>
          <w:sz w:val="24"/>
          <w:szCs w:val="24"/>
          <w:rtl/>
        </w:rPr>
        <w:t xml:space="preserve">: _________________________    </w:t>
      </w:r>
      <w:proofErr w:type="spellStart"/>
      <w:r w:rsidRPr="00C7345E">
        <w:rPr>
          <w:sz w:val="24"/>
          <w:szCs w:val="24"/>
          <w:rtl/>
        </w:rPr>
        <w:t>שם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הארגון</w:t>
      </w:r>
      <w:proofErr w:type="spellEnd"/>
      <w:r w:rsidRPr="00C7345E">
        <w:rPr>
          <w:sz w:val="24"/>
          <w:szCs w:val="24"/>
          <w:rtl/>
        </w:rPr>
        <w:t>: __________________________</w:t>
      </w:r>
    </w:p>
    <w:p w14:paraId="04DE40DC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42DE2CDE" w14:textId="782D81EC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תפקיד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קודם</w:t>
      </w:r>
      <w:proofErr w:type="spellEnd"/>
      <w:r w:rsidRPr="00C7345E">
        <w:rPr>
          <w:sz w:val="24"/>
          <w:szCs w:val="24"/>
          <w:rtl/>
        </w:rPr>
        <w:t xml:space="preserve">: _________________________    </w:t>
      </w:r>
      <w:proofErr w:type="spellStart"/>
      <w:r w:rsidRPr="00C7345E">
        <w:rPr>
          <w:sz w:val="24"/>
          <w:szCs w:val="24"/>
          <w:rtl/>
        </w:rPr>
        <w:t>שם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הארגון</w:t>
      </w:r>
      <w:proofErr w:type="spellEnd"/>
      <w:r w:rsidRPr="00C7345E">
        <w:rPr>
          <w:sz w:val="24"/>
          <w:szCs w:val="24"/>
          <w:rtl/>
        </w:rPr>
        <w:t>: __________________________</w:t>
      </w:r>
    </w:p>
    <w:p w14:paraId="6C595CC1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606C280C" w14:textId="5D6AFC2E" w:rsidR="0017416B" w:rsidRDefault="00000000" w:rsidP="005352AE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קישור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LinkedIn</w:t>
      </w:r>
      <w:proofErr w:type="spellEnd"/>
      <w:r w:rsidRPr="00C7345E">
        <w:rPr>
          <w:sz w:val="24"/>
          <w:szCs w:val="24"/>
          <w:rtl/>
        </w:rPr>
        <w:t xml:space="preserve"> (</w:t>
      </w:r>
      <w:proofErr w:type="spellStart"/>
      <w:r w:rsidRPr="00C7345E">
        <w:rPr>
          <w:sz w:val="24"/>
          <w:szCs w:val="24"/>
          <w:rtl/>
        </w:rPr>
        <w:t>רשות</w:t>
      </w:r>
      <w:proofErr w:type="spellEnd"/>
      <w:r w:rsidRPr="00C7345E">
        <w:rPr>
          <w:sz w:val="24"/>
          <w:szCs w:val="24"/>
          <w:rtl/>
        </w:rPr>
        <w:t>): _____________________________________________________________</w:t>
      </w:r>
    </w:p>
    <w:p w14:paraId="6103B216" w14:textId="77777777" w:rsidR="005352AE" w:rsidRDefault="005352AE" w:rsidP="00B94A38">
      <w:pPr>
        <w:bidi/>
        <w:rPr>
          <w:sz w:val="24"/>
          <w:szCs w:val="24"/>
          <w:rtl/>
          <w:lang w:bidi="he-IL"/>
        </w:rPr>
      </w:pPr>
    </w:p>
    <w:p w14:paraId="7D36B6B3" w14:textId="3B485578" w:rsidR="00B94A38" w:rsidRDefault="00B94A38" w:rsidP="005352AE">
      <w:pPr>
        <w:bidi/>
        <w:rPr>
          <w:sz w:val="24"/>
          <w:szCs w:val="24"/>
          <w:rtl/>
          <w:lang w:bidi="he-IL"/>
        </w:rPr>
      </w:pPr>
      <w:r w:rsidRPr="00B94A38">
        <w:rPr>
          <w:sz w:val="24"/>
          <w:szCs w:val="24"/>
          <w:rtl/>
          <w:lang w:bidi="he-IL"/>
        </w:rPr>
        <w:t>האם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הנך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בעל/ת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זכאות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חוקית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לעבוד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בישראל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לאורך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תקופת</w:t>
      </w:r>
      <w:r w:rsidRPr="00B94A38">
        <w:rPr>
          <w:sz w:val="24"/>
          <w:szCs w:val="24"/>
          <w:rtl/>
        </w:rPr>
        <w:t xml:space="preserve"> </w:t>
      </w:r>
      <w:r w:rsidRPr="00B94A38">
        <w:rPr>
          <w:sz w:val="24"/>
          <w:szCs w:val="24"/>
          <w:rtl/>
          <w:lang w:bidi="he-IL"/>
        </w:rPr>
        <w:t>ההעסקה</w:t>
      </w:r>
      <w:r w:rsidRPr="00B94A38">
        <w:rPr>
          <w:sz w:val="24"/>
          <w:szCs w:val="24"/>
          <w:lang w:bidi="he-IL"/>
        </w:rPr>
        <w:t>?</w:t>
      </w:r>
    </w:p>
    <w:p w14:paraId="5B0D53CE" w14:textId="77777777" w:rsidR="00B94A38" w:rsidRPr="006D4667" w:rsidRDefault="00B94A38" w:rsidP="00B94A38">
      <w:pPr>
        <w:bidi/>
        <w:rPr>
          <w:sz w:val="24"/>
          <w:szCs w:val="24"/>
        </w:rPr>
      </w:pPr>
      <w:r w:rsidRPr="006D4667">
        <w:rPr>
          <w:sz w:val="24"/>
          <w:szCs w:val="24"/>
          <w:rtl/>
          <w:lang w:bidi="he-IL"/>
        </w:rPr>
        <w:t xml:space="preserve">כן </w:t>
      </w:r>
      <w:r w:rsidRPr="006D4667">
        <w:rPr>
          <w:sz w:val="24"/>
          <w:szCs w:val="24"/>
        </w:rPr>
        <w:t xml:space="preserve">/ </w:t>
      </w:r>
      <w:r w:rsidRPr="006D4667">
        <w:rPr>
          <w:sz w:val="24"/>
          <w:szCs w:val="24"/>
          <w:rtl/>
          <w:lang w:bidi="he-IL"/>
        </w:rPr>
        <w:t>לא</w:t>
      </w:r>
    </w:p>
    <w:p w14:paraId="0B4BBF5F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304947AD" w14:textId="65D3D97F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האם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הנך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מועסק</w:t>
      </w:r>
      <w:proofErr w:type="spellEnd"/>
      <w:r w:rsidRPr="00C7345E">
        <w:rPr>
          <w:sz w:val="24"/>
          <w:szCs w:val="24"/>
          <w:rtl/>
        </w:rPr>
        <w:t xml:space="preserve">/ת </w:t>
      </w:r>
      <w:proofErr w:type="spellStart"/>
      <w:r w:rsidRPr="00C7345E">
        <w:rPr>
          <w:sz w:val="24"/>
          <w:szCs w:val="24"/>
          <w:rtl/>
        </w:rPr>
        <w:t>כיום</w:t>
      </w:r>
      <w:proofErr w:type="spellEnd"/>
      <w:r w:rsidRPr="00C7345E">
        <w:rPr>
          <w:sz w:val="24"/>
          <w:szCs w:val="24"/>
          <w:rtl/>
        </w:rPr>
        <w:t xml:space="preserve">?   </w:t>
      </w:r>
      <w:proofErr w:type="spellStart"/>
      <w:r w:rsidRPr="00C7345E">
        <w:rPr>
          <w:sz w:val="24"/>
          <w:szCs w:val="24"/>
          <w:rtl/>
        </w:rPr>
        <w:t>כן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לא</w:t>
      </w:r>
      <w:proofErr w:type="spellEnd"/>
    </w:p>
    <w:p w14:paraId="3FB21CEB" w14:textId="77777777" w:rsidR="005352AE" w:rsidRDefault="005352AE" w:rsidP="00B15B1E">
      <w:pPr>
        <w:bidi/>
        <w:rPr>
          <w:sz w:val="24"/>
          <w:szCs w:val="24"/>
          <w:rtl/>
          <w:lang w:bidi="he-IL"/>
        </w:rPr>
      </w:pPr>
    </w:p>
    <w:p w14:paraId="064F803B" w14:textId="73F95801" w:rsidR="0017416B" w:rsidRPr="00C7345E" w:rsidRDefault="00000000" w:rsidP="005352A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מועד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אפשרי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לתחילת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עבודה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תקופת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הודעה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מוקדמת</w:t>
      </w:r>
      <w:proofErr w:type="spellEnd"/>
      <w:r w:rsidRPr="00C7345E">
        <w:rPr>
          <w:sz w:val="24"/>
          <w:szCs w:val="24"/>
          <w:rtl/>
        </w:rPr>
        <w:t>: _______________________________________</w:t>
      </w:r>
    </w:p>
    <w:p w14:paraId="06F72A04" w14:textId="77777777" w:rsidR="00C4427E" w:rsidRDefault="00C4427E" w:rsidP="00B15B1E">
      <w:pPr>
        <w:bidi/>
        <w:rPr>
          <w:sz w:val="24"/>
          <w:szCs w:val="24"/>
          <w:rtl/>
          <w:lang w:bidi="he-IL"/>
        </w:rPr>
      </w:pPr>
    </w:p>
    <w:p w14:paraId="32F71CBE" w14:textId="12133C26" w:rsidR="0017416B" w:rsidRPr="00C7345E" w:rsidRDefault="00000000" w:rsidP="00C4427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תאריך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מילוי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השאלון</w:t>
      </w:r>
      <w:proofErr w:type="spellEnd"/>
      <w:r w:rsidRPr="00C7345E">
        <w:rPr>
          <w:sz w:val="24"/>
          <w:szCs w:val="24"/>
          <w:rtl/>
        </w:rPr>
        <w:t>: _________________________</w:t>
      </w:r>
    </w:p>
    <w:p w14:paraId="5A8A1E2F" w14:textId="7E44276E" w:rsidR="0017416B" w:rsidRDefault="00000000" w:rsidP="00AE0E43">
      <w:pPr>
        <w:bidi/>
        <w:rPr>
          <w:bCs/>
          <w:sz w:val="24"/>
          <w:szCs w:val="24"/>
          <w:u w:val="single"/>
          <w:rtl/>
          <w:lang w:bidi="he-IL"/>
        </w:rPr>
      </w:pPr>
      <w:r w:rsidRPr="00C7345E">
        <w:rPr>
          <w:sz w:val="24"/>
          <w:szCs w:val="24"/>
          <w:rtl/>
        </w:rPr>
        <w:br w:type="page"/>
      </w:r>
      <w:r w:rsidR="00A72048">
        <w:rPr>
          <w:rFonts w:hint="cs"/>
          <w:bCs/>
          <w:sz w:val="24"/>
          <w:szCs w:val="24"/>
          <w:u w:val="single"/>
          <w:rtl/>
          <w:lang w:bidi="he-IL"/>
        </w:rPr>
        <w:lastRenderedPageBreak/>
        <w:t>חלק</w:t>
      </w:r>
      <w:r w:rsidR="00A72048" w:rsidRPr="00C7345E">
        <w:rPr>
          <w:bCs/>
          <w:sz w:val="24"/>
          <w:szCs w:val="24"/>
          <w:u w:val="single"/>
          <w:rtl/>
        </w:rPr>
        <w:t xml:space="preserve"> ב׳ – </w:t>
      </w:r>
      <w:proofErr w:type="spellStart"/>
      <w:r w:rsidR="00A72048" w:rsidRPr="00C7345E">
        <w:rPr>
          <w:bCs/>
          <w:sz w:val="24"/>
          <w:szCs w:val="24"/>
          <w:u w:val="single"/>
          <w:rtl/>
        </w:rPr>
        <w:t>השכלה</w:t>
      </w:r>
      <w:proofErr w:type="spellEnd"/>
      <w:r w:rsidR="00A72048"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="00A72048" w:rsidRPr="00C7345E">
        <w:rPr>
          <w:bCs/>
          <w:sz w:val="24"/>
          <w:szCs w:val="24"/>
          <w:u w:val="single"/>
          <w:rtl/>
        </w:rPr>
        <w:t>ותנאי</w:t>
      </w:r>
      <w:proofErr w:type="spellEnd"/>
      <w:r w:rsidR="00A72048"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="00A72048" w:rsidRPr="00C7345E">
        <w:rPr>
          <w:bCs/>
          <w:sz w:val="24"/>
          <w:szCs w:val="24"/>
          <w:u w:val="single"/>
          <w:rtl/>
        </w:rPr>
        <w:t>סף</w:t>
      </w:r>
      <w:proofErr w:type="spellEnd"/>
    </w:p>
    <w:p w14:paraId="1BBDB519" w14:textId="77777777" w:rsidR="006E5859" w:rsidRPr="00C7345E" w:rsidRDefault="006E5859" w:rsidP="006E5859">
      <w:pPr>
        <w:bidi/>
        <w:spacing w:before="220" w:after="140"/>
        <w:rPr>
          <w:bCs/>
          <w:sz w:val="24"/>
          <w:szCs w:val="24"/>
          <w:u w:val="single"/>
          <w:lang w:bidi="he-IL"/>
        </w:rPr>
      </w:pPr>
    </w:p>
    <w:p w14:paraId="7FB4E1B0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b/>
          <w:sz w:val="24"/>
          <w:szCs w:val="24"/>
          <w:rtl/>
        </w:rPr>
        <w:t xml:space="preserve">1. </w:t>
      </w:r>
      <w:proofErr w:type="spellStart"/>
      <w:r w:rsidRPr="00C7345E">
        <w:rPr>
          <w:b/>
          <w:sz w:val="24"/>
          <w:szCs w:val="24"/>
          <w:rtl/>
        </w:rPr>
        <w:t>השכלה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אקדמית</w:t>
      </w:r>
      <w:proofErr w:type="spellEnd"/>
      <w:r w:rsidRPr="00C7345E">
        <w:rPr>
          <w:b/>
          <w:sz w:val="24"/>
          <w:szCs w:val="24"/>
          <w:rtl/>
        </w:rPr>
        <w:t xml:space="preserve"> – </w:t>
      </w:r>
      <w:proofErr w:type="spellStart"/>
      <w:r w:rsidRPr="00C7345E">
        <w:rPr>
          <w:b/>
          <w:sz w:val="24"/>
          <w:szCs w:val="24"/>
          <w:rtl/>
        </w:rPr>
        <w:t>האם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ברשותך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תואר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ראשון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לפחות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ממוסד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אקדמי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מוכר</w:t>
      </w:r>
      <w:proofErr w:type="spellEnd"/>
      <w:r w:rsidRPr="00C7345E">
        <w:rPr>
          <w:b/>
          <w:sz w:val="24"/>
          <w:szCs w:val="24"/>
          <w:rtl/>
        </w:rPr>
        <w:t>?</w:t>
      </w:r>
    </w:p>
    <w:p w14:paraId="59431D5D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לפרט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כל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התארים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לרבות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תואר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נוסף</w:t>
      </w:r>
      <w:proofErr w:type="spellEnd"/>
      <w:r w:rsidRPr="00C7345E">
        <w:rPr>
          <w:sz w:val="24"/>
          <w:szCs w:val="24"/>
          <w:rtl/>
        </w:rPr>
        <w:t xml:space="preserve"> ו/</w:t>
      </w:r>
      <w:proofErr w:type="spellStart"/>
      <w:r w:rsidRPr="00C7345E">
        <w:rPr>
          <w:sz w:val="24"/>
          <w:szCs w:val="24"/>
          <w:rtl/>
        </w:rPr>
        <w:t>או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שני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ולצרף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תעודות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8"/>
        <w:gridCol w:w="2547"/>
        <w:gridCol w:w="2547"/>
      </w:tblGrid>
      <w:tr w:rsidR="0017416B" w:rsidRPr="00C7345E" w14:paraId="7F5DAA91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7ECA5F82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מוסד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אקדמי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4BEFF8E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r w:rsidRPr="00C7345E">
              <w:rPr>
                <w:sz w:val="24"/>
                <w:szCs w:val="24"/>
                <w:rtl/>
              </w:rPr>
              <w:t xml:space="preserve">תחום </w:t>
            </w:r>
            <w:proofErr w:type="spellStart"/>
            <w:r w:rsidRPr="00C7345E">
              <w:rPr>
                <w:sz w:val="24"/>
                <w:szCs w:val="24"/>
                <w:rtl/>
              </w:rPr>
              <w:t>לימודים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התמחות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1E5EB1D8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סוג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התואר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1D97B58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שנת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זכאות</w:t>
            </w:r>
            <w:proofErr w:type="spellEnd"/>
          </w:p>
        </w:tc>
      </w:tr>
      <w:tr w:rsidR="0017416B" w:rsidRPr="00C7345E" w14:paraId="0AA4686C" w14:textId="77777777">
        <w:trPr>
          <w:jc w:val="center"/>
        </w:trPr>
        <w:tc>
          <w:tcPr>
            <w:tcW w:w="2550" w:type="dxa"/>
            <w:vAlign w:val="center"/>
          </w:tcPr>
          <w:p w14:paraId="4765877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D09E32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F5D091F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F33A09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2C4C8593" w14:textId="77777777">
        <w:trPr>
          <w:jc w:val="center"/>
        </w:trPr>
        <w:tc>
          <w:tcPr>
            <w:tcW w:w="2550" w:type="dxa"/>
            <w:vAlign w:val="center"/>
          </w:tcPr>
          <w:p w14:paraId="6046A71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185E000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7EF1905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A9FB76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511768CC" w14:textId="77777777">
        <w:trPr>
          <w:jc w:val="center"/>
        </w:trPr>
        <w:tc>
          <w:tcPr>
            <w:tcW w:w="2550" w:type="dxa"/>
            <w:vAlign w:val="center"/>
          </w:tcPr>
          <w:p w14:paraId="0EAD1BF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2178C9B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C79EC0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6C609A9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59294661" w14:textId="77777777" w:rsidR="006E5859" w:rsidRDefault="006E5859" w:rsidP="006E5859">
      <w:pPr>
        <w:bidi/>
        <w:rPr>
          <w:b/>
          <w:sz w:val="24"/>
          <w:szCs w:val="24"/>
          <w:rtl/>
          <w:lang w:bidi="he-IL"/>
        </w:rPr>
      </w:pPr>
    </w:p>
    <w:p w14:paraId="0A1C4124" w14:textId="2EE9C4A2" w:rsidR="0017416B" w:rsidRPr="00C7345E" w:rsidRDefault="006E5859" w:rsidP="006E5859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2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ניהולי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בכיר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בתחומי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שיווק</w:t>
      </w:r>
      <w:proofErr w:type="spellEnd"/>
      <w:r w:rsidRPr="00C7345E">
        <w:rPr>
          <w:b/>
          <w:sz w:val="24"/>
          <w:szCs w:val="24"/>
          <w:rtl/>
        </w:rPr>
        <w:t xml:space="preserve"> ו/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תקשורת</w:t>
      </w:r>
      <w:proofErr w:type="spellEnd"/>
      <w:r w:rsidRPr="00C7345E">
        <w:rPr>
          <w:b/>
          <w:sz w:val="24"/>
          <w:szCs w:val="24"/>
          <w:rtl/>
        </w:rPr>
        <w:t xml:space="preserve"> ו/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דוברות</w:t>
      </w:r>
      <w:proofErr w:type="spellEnd"/>
      <w:r w:rsidRPr="00C7345E">
        <w:rPr>
          <w:b/>
          <w:sz w:val="24"/>
          <w:szCs w:val="24"/>
          <w:rtl/>
        </w:rPr>
        <w:t xml:space="preserve"> ו/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פרסום</w:t>
      </w:r>
      <w:proofErr w:type="spellEnd"/>
      <w:r w:rsidRPr="00C7345E">
        <w:rPr>
          <w:b/>
          <w:sz w:val="24"/>
          <w:szCs w:val="24"/>
          <w:rtl/>
        </w:rPr>
        <w:t xml:space="preserve"> ו/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מכירות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והפצה</w:t>
      </w:r>
      <w:proofErr w:type="spellEnd"/>
    </w:p>
    <w:p w14:paraId="78FBAC2F" w14:textId="65AAEA23" w:rsidR="0017416B" w:rsidRPr="00C7345E" w:rsidRDefault="00000000" w:rsidP="00A72048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פרט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כל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התפקידים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הרלוונטיים</w:t>
      </w:r>
      <w:proofErr w:type="spellEnd"/>
      <w:r w:rsidRPr="00C7345E">
        <w:rPr>
          <w:sz w:val="24"/>
          <w:szCs w:val="24"/>
          <w:rtl/>
        </w:rPr>
        <w:t xml:space="preserve">. </w:t>
      </w:r>
      <w:r w:rsidR="00A72048">
        <w:rPr>
          <w:rFonts w:hint="cs"/>
          <w:sz w:val="24"/>
          <w:szCs w:val="24"/>
          <w:rtl/>
          <w:lang w:bidi="he-IL"/>
        </w:rPr>
        <w:t xml:space="preserve">חובה </w:t>
      </w:r>
      <w:r w:rsidR="00A72048" w:rsidRPr="00A72048">
        <w:rPr>
          <w:sz w:val="24"/>
          <w:szCs w:val="24"/>
          <w:rtl/>
          <w:lang w:bidi="he-IL"/>
        </w:rPr>
        <w:t>ניסיון של לפחות 5 שנים בתפקיד ניהולי בכיר באחד או יותר מהתחומים הבאים: שיווק, תקשורת, דוברות, פרסום, מכירות והפצה, מתוכן לפחות שנתיים רצופות באותו תפקיד ובאותו ארגון</w:t>
      </w:r>
      <w:r w:rsidR="00A72048" w:rsidRPr="00A72048">
        <w:rPr>
          <w:sz w:val="24"/>
          <w:szCs w:val="24"/>
        </w:rPr>
        <w:t>.</w:t>
      </w:r>
      <w:r w:rsidRPr="00C7345E">
        <w:rPr>
          <w:sz w:val="24"/>
          <w:szCs w:val="24"/>
          <w:rtl/>
        </w:rPr>
        <w:t xml:space="preserve"> 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</w:tblGrid>
      <w:tr w:rsidR="0017416B" w:rsidRPr="00C7345E" w14:paraId="5598F65D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6A098A6C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שם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והתפקיד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0B103B1D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תחומי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אחריות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ודרג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כפיפות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08B86DE7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מתאריך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(</w:t>
            </w:r>
            <w:proofErr w:type="spellStart"/>
            <w:r w:rsidRPr="00C7345E">
              <w:rPr>
                <w:sz w:val="24"/>
                <w:szCs w:val="24"/>
                <w:rtl/>
              </w:rPr>
              <w:t>חודש</w:t>
            </w:r>
            <w:proofErr w:type="spellEnd"/>
            <w:r w:rsidRPr="00C7345E">
              <w:rPr>
                <w:sz w:val="24"/>
                <w:szCs w:val="24"/>
                <w:rtl/>
              </w:rPr>
              <w:t>/</w:t>
            </w:r>
            <w:proofErr w:type="spellStart"/>
            <w:r w:rsidRPr="00C7345E">
              <w:rPr>
                <w:sz w:val="24"/>
                <w:szCs w:val="24"/>
                <w:rtl/>
              </w:rPr>
              <w:t>שנה</w:t>
            </w:r>
            <w:proofErr w:type="spellEnd"/>
            <w:r w:rsidRPr="00C7345E">
              <w:rPr>
                <w:sz w:val="24"/>
                <w:szCs w:val="24"/>
                <w:rtl/>
              </w:rPr>
              <w:t>)</w:t>
            </w:r>
          </w:p>
        </w:tc>
        <w:tc>
          <w:tcPr>
            <w:tcW w:w="2550" w:type="dxa"/>
            <w:shd w:val="clear" w:color="auto" w:fill="DCEAD9"/>
            <w:vAlign w:val="center"/>
          </w:tcPr>
          <w:p w14:paraId="265CEA65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עד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תאריך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(</w:t>
            </w:r>
            <w:proofErr w:type="spellStart"/>
            <w:r w:rsidRPr="00C7345E">
              <w:rPr>
                <w:sz w:val="24"/>
                <w:szCs w:val="24"/>
                <w:rtl/>
              </w:rPr>
              <w:t>חודש</w:t>
            </w:r>
            <w:proofErr w:type="spellEnd"/>
            <w:r w:rsidRPr="00C7345E">
              <w:rPr>
                <w:sz w:val="24"/>
                <w:szCs w:val="24"/>
                <w:rtl/>
              </w:rPr>
              <w:t>/</w:t>
            </w:r>
            <w:proofErr w:type="spellStart"/>
            <w:r w:rsidRPr="00C7345E">
              <w:rPr>
                <w:sz w:val="24"/>
                <w:szCs w:val="24"/>
                <w:rtl/>
              </w:rPr>
              <w:t>שנה</w:t>
            </w:r>
            <w:proofErr w:type="spellEnd"/>
            <w:r w:rsidRPr="00C7345E">
              <w:rPr>
                <w:sz w:val="24"/>
                <w:szCs w:val="24"/>
                <w:rtl/>
              </w:rPr>
              <w:t>)</w:t>
            </w:r>
          </w:p>
        </w:tc>
      </w:tr>
      <w:tr w:rsidR="0017416B" w:rsidRPr="00C7345E" w14:paraId="2BD0FC1C" w14:textId="77777777">
        <w:trPr>
          <w:jc w:val="center"/>
        </w:trPr>
        <w:tc>
          <w:tcPr>
            <w:tcW w:w="2550" w:type="dxa"/>
            <w:vAlign w:val="center"/>
          </w:tcPr>
          <w:p w14:paraId="6830272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A5BB79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B9E4E28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329208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59E1E306" w14:textId="77777777">
        <w:trPr>
          <w:jc w:val="center"/>
        </w:trPr>
        <w:tc>
          <w:tcPr>
            <w:tcW w:w="2550" w:type="dxa"/>
            <w:vAlign w:val="center"/>
          </w:tcPr>
          <w:p w14:paraId="0B6492B2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C5C65F2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6FBFBFF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A354D44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044FE34D" w14:textId="77777777">
        <w:trPr>
          <w:jc w:val="center"/>
        </w:trPr>
        <w:tc>
          <w:tcPr>
            <w:tcW w:w="2550" w:type="dxa"/>
            <w:vAlign w:val="center"/>
          </w:tcPr>
          <w:p w14:paraId="49CF354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D3C6F77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28CED52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3790208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3FB1E8D5" w14:textId="77777777">
        <w:trPr>
          <w:jc w:val="center"/>
        </w:trPr>
        <w:tc>
          <w:tcPr>
            <w:tcW w:w="2550" w:type="dxa"/>
            <w:vAlign w:val="center"/>
          </w:tcPr>
          <w:p w14:paraId="07CFA4D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3F48C59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7B918E9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2FD6FA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5B1FC9F7" w14:textId="77777777" w:rsidR="007E7984" w:rsidRDefault="007E7984" w:rsidP="007E7984">
      <w:pPr>
        <w:bidi/>
        <w:rPr>
          <w:b/>
          <w:sz w:val="24"/>
          <w:szCs w:val="24"/>
          <w:rtl/>
          <w:lang w:bidi="he-IL"/>
        </w:rPr>
      </w:pPr>
    </w:p>
    <w:p w14:paraId="273E1AEF" w14:textId="7F221F82" w:rsidR="0017416B" w:rsidRPr="00C7345E" w:rsidRDefault="007E7984" w:rsidP="007E798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3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בניהול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ישיר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של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עובדים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וצוותים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מקצועיים</w:t>
      </w:r>
      <w:proofErr w:type="spellEnd"/>
    </w:p>
    <w:p w14:paraId="149BF75A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חובה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לפחות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נא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לפרט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מספר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הכפיפים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הישירים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לרבות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תקופות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שבהן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נוהלו</w:t>
      </w:r>
      <w:proofErr w:type="spellEnd"/>
      <w:r w:rsidRPr="00C7345E">
        <w:rPr>
          <w:sz w:val="24"/>
          <w:szCs w:val="24"/>
          <w:rtl/>
        </w:rPr>
        <w:t xml:space="preserve"> 5 </w:t>
      </w:r>
      <w:proofErr w:type="spellStart"/>
      <w:r w:rsidRPr="00C7345E">
        <w:rPr>
          <w:sz w:val="24"/>
          <w:szCs w:val="24"/>
          <w:rtl/>
        </w:rPr>
        <w:t>עובדים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ומעלה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ולציין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נוהלו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מנהלים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7"/>
        <w:gridCol w:w="2547"/>
        <w:gridCol w:w="2548"/>
      </w:tblGrid>
      <w:tr w:rsidR="0017416B" w:rsidRPr="00C7345E" w14:paraId="6592EEB8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3E6CF7D6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ותפקיד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756C92CC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מספר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עובדים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בניהול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ישיר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614895F1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תחומי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הצוות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ניהול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מנהלים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8AD25E1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תקופת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ניהול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(</w:t>
            </w:r>
            <w:proofErr w:type="spellStart"/>
            <w:r w:rsidRPr="00C7345E">
              <w:rPr>
                <w:sz w:val="24"/>
                <w:szCs w:val="24"/>
                <w:rtl/>
              </w:rPr>
              <w:t>חודש</w:t>
            </w:r>
            <w:proofErr w:type="spellEnd"/>
            <w:r w:rsidRPr="00C7345E">
              <w:rPr>
                <w:sz w:val="24"/>
                <w:szCs w:val="24"/>
                <w:rtl/>
              </w:rPr>
              <w:t>/</w:t>
            </w:r>
            <w:proofErr w:type="spellStart"/>
            <w:r w:rsidRPr="00C7345E">
              <w:rPr>
                <w:sz w:val="24"/>
                <w:szCs w:val="24"/>
                <w:rtl/>
              </w:rPr>
              <w:t>שנה</w:t>
            </w:r>
            <w:proofErr w:type="spellEnd"/>
            <w:r w:rsidRPr="00C7345E">
              <w:rPr>
                <w:sz w:val="24"/>
                <w:szCs w:val="24"/>
                <w:rtl/>
              </w:rPr>
              <w:t>–</w:t>
            </w:r>
            <w:proofErr w:type="spellStart"/>
            <w:r w:rsidRPr="00C7345E">
              <w:rPr>
                <w:sz w:val="24"/>
                <w:szCs w:val="24"/>
                <w:rtl/>
              </w:rPr>
              <w:t>חודש</w:t>
            </w:r>
            <w:proofErr w:type="spellEnd"/>
            <w:r w:rsidRPr="00C7345E">
              <w:rPr>
                <w:sz w:val="24"/>
                <w:szCs w:val="24"/>
                <w:rtl/>
              </w:rPr>
              <w:t>/</w:t>
            </w:r>
            <w:proofErr w:type="spellStart"/>
            <w:r w:rsidRPr="00C7345E">
              <w:rPr>
                <w:sz w:val="24"/>
                <w:szCs w:val="24"/>
                <w:rtl/>
              </w:rPr>
              <w:t>שנה</w:t>
            </w:r>
            <w:proofErr w:type="spellEnd"/>
            <w:r w:rsidRPr="00C7345E">
              <w:rPr>
                <w:sz w:val="24"/>
                <w:szCs w:val="24"/>
                <w:rtl/>
              </w:rPr>
              <w:t>)</w:t>
            </w:r>
          </w:p>
        </w:tc>
      </w:tr>
      <w:tr w:rsidR="0017416B" w:rsidRPr="00C7345E" w14:paraId="3F16C5D0" w14:textId="77777777">
        <w:trPr>
          <w:jc w:val="center"/>
        </w:trPr>
        <w:tc>
          <w:tcPr>
            <w:tcW w:w="2550" w:type="dxa"/>
            <w:vAlign w:val="center"/>
          </w:tcPr>
          <w:p w14:paraId="50DCFBB5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8B13A0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20CE2C2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36404B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511AB2FD" w14:textId="77777777">
        <w:trPr>
          <w:jc w:val="center"/>
        </w:trPr>
        <w:tc>
          <w:tcPr>
            <w:tcW w:w="2550" w:type="dxa"/>
            <w:vAlign w:val="center"/>
          </w:tcPr>
          <w:p w14:paraId="67AF9FC4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7910EE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2F6631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143CCF4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142EDEAC" w14:textId="77777777">
        <w:trPr>
          <w:jc w:val="center"/>
        </w:trPr>
        <w:tc>
          <w:tcPr>
            <w:tcW w:w="2550" w:type="dxa"/>
            <w:vAlign w:val="center"/>
          </w:tcPr>
          <w:p w14:paraId="0851619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51A8560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57B765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C779F80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7A811FF3" w14:textId="77777777" w:rsidR="007E7984" w:rsidRDefault="007E7984" w:rsidP="007E7984">
      <w:pPr>
        <w:bidi/>
        <w:rPr>
          <w:b/>
          <w:sz w:val="24"/>
          <w:szCs w:val="24"/>
          <w:rtl/>
          <w:lang w:bidi="he-IL"/>
        </w:rPr>
      </w:pPr>
    </w:p>
    <w:p w14:paraId="0569535A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4745526C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14007C0D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33EED28C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41DE060B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32C3B423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447D9D80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652138FC" w14:textId="1FAAE788" w:rsidR="0017416B" w:rsidRPr="00C7345E" w:rsidRDefault="007E7984" w:rsidP="007E798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4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בעבודה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עם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מערכי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דיגיטל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אתרי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אינטרנט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וקמפיינים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ממומנים</w:t>
      </w:r>
      <w:proofErr w:type="spellEnd"/>
    </w:p>
    <w:p w14:paraId="469406D8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חובה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לפחות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פרט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האחריות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הישירה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הפלטפורמות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הקמפיינים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ומדדי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הביצוע</w:t>
      </w:r>
      <w:proofErr w:type="spellEnd"/>
      <w:r w:rsidRPr="00C7345E">
        <w:rPr>
          <w:sz w:val="24"/>
          <w:szCs w:val="24"/>
          <w:rtl/>
        </w:rPr>
        <w:t xml:space="preserve">; </w:t>
      </w:r>
      <w:proofErr w:type="spellStart"/>
      <w:r w:rsidRPr="00C7345E">
        <w:rPr>
          <w:sz w:val="24"/>
          <w:szCs w:val="24"/>
          <w:rtl/>
        </w:rPr>
        <w:t>ציין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תקופה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מדויקת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לבדיקת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מעל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8"/>
        <w:gridCol w:w="2547"/>
        <w:gridCol w:w="2547"/>
      </w:tblGrid>
      <w:tr w:rsidR="0017416B" w:rsidRPr="00C7345E" w14:paraId="2DE7BADC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37D76A81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ותקופה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5E1DAF21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מערכות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אתרים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קמפיינים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3D45DC8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אחריות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אישית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751E7E7F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תקציב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KPI / </w:t>
            </w:r>
            <w:proofErr w:type="spellStart"/>
            <w:r w:rsidRPr="00C7345E">
              <w:rPr>
                <w:sz w:val="24"/>
                <w:szCs w:val="24"/>
                <w:rtl/>
              </w:rPr>
              <w:t>תוצאות</w:t>
            </w:r>
            <w:proofErr w:type="spellEnd"/>
          </w:p>
        </w:tc>
      </w:tr>
      <w:tr w:rsidR="0017416B" w:rsidRPr="00C7345E" w14:paraId="6D64C33D" w14:textId="77777777">
        <w:trPr>
          <w:jc w:val="center"/>
        </w:trPr>
        <w:tc>
          <w:tcPr>
            <w:tcW w:w="2550" w:type="dxa"/>
            <w:vAlign w:val="center"/>
          </w:tcPr>
          <w:p w14:paraId="2DF852FA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A941E7B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F623079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4EA58F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48899731" w14:textId="77777777">
        <w:trPr>
          <w:jc w:val="center"/>
        </w:trPr>
        <w:tc>
          <w:tcPr>
            <w:tcW w:w="2550" w:type="dxa"/>
            <w:vAlign w:val="center"/>
          </w:tcPr>
          <w:p w14:paraId="4DA2F97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04A13D8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4E7FA5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27CCB2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60A64AD5" w14:textId="77777777">
        <w:trPr>
          <w:jc w:val="center"/>
        </w:trPr>
        <w:tc>
          <w:tcPr>
            <w:tcW w:w="2550" w:type="dxa"/>
            <w:vAlign w:val="center"/>
          </w:tcPr>
          <w:p w14:paraId="617A0359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0DF514A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23E433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9A4C1AA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61E50D55" w14:textId="77777777" w:rsidR="007E7984" w:rsidRDefault="007E7984" w:rsidP="007E7984">
      <w:pPr>
        <w:bidi/>
        <w:rPr>
          <w:b/>
          <w:sz w:val="24"/>
          <w:szCs w:val="24"/>
          <w:rtl/>
          <w:lang w:bidi="he-IL"/>
        </w:rPr>
      </w:pPr>
    </w:p>
    <w:p w14:paraId="6691B06F" w14:textId="194E0A12" w:rsidR="0017416B" w:rsidRPr="00C7345E" w:rsidRDefault="007E7984" w:rsidP="007E798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5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בניהול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תקציב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שנתי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של</w:t>
      </w:r>
      <w:proofErr w:type="spellEnd"/>
      <w:r w:rsidRPr="00C7345E">
        <w:rPr>
          <w:b/>
          <w:sz w:val="24"/>
          <w:szCs w:val="24"/>
          <w:rtl/>
        </w:rPr>
        <w:t xml:space="preserve"> 3 </w:t>
      </w:r>
      <w:proofErr w:type="spellStart"/>
      <w:r w:rsidRPr="00C7345E">
        <w:rPr>
          <w:b/>
          <w:sz w:val="24"/>
          <w:szCs w:val="24"/>
          <w:rtl/>
        </w:rPr>
        <w:t>מיליון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ש״ח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לפחות</w:t>
      </w:r>
      <w:proofErr w:type="spellEnd"/>
    </w:p>
    <w:p w14:paraId="7E2A711B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חובה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לפחות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ציין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תקציב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מנוהל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בכל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שנה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מידת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הסמכות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שלך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והאם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התקציב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השנתי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עלה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על</w:t>
      </w:r>
      <w:proofErr w:type="spellEnd"/>
      <w:r w:rsidRPr="00C7345E">
        <w:rPr>
          <w:sz w:val="24"/>
          <w:szCs w:val="24"/>
          <w:rtl/>
        </w:rPr>
        <w:t xml:space="preserve"> 10 </w:t>
      </w:r>
      <w:proofErr w:type="spellStart"/>
      <w:r w:rsidRPr="00C7345E">
        <w:rPr>
          <w:sz w:val="24"/>
          <w:szCs w:val="24"/>
          <w:rtl/>
        </w:rPr>
        <w:t>מיליון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ש״ח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אין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לכלול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מחזור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הכנסות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במקום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תקציב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</w:tblGrid>
      <w:tr w:rsidR="0017416B" w:rsidRPr="00C7345E" w14:paraId="2AFA2FB7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3D421065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ושנה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2A7BC8A3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תקציב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שנתי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בש״ח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69CCD5CD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סוג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התקציב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72330956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אחריות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אישית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לניהול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אישור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בקרה</w:t>
            </w:r>
            <w:proofErr w:type="spellEnd"/>
          </w:p>
        </w:tc>
      </w:tr>
      <w:tr w:rsidR="0017416B" w:rsidRPr="00C7345E" w14:paraId="3AE55857" w14:textId="77777777">
        <w:trPr>
          <w:jc w:val="center"/>
        </w:trPr>
        <w:tc>
          <w:tcPr>
            <w:tcW w:w="2550" w:type="dxa"/>
            <w:vAlign w:val="center"/>
          </w:tcPr>
          <w:p w14:paraId="5B05428A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3D697C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A897980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706CCA2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48DBA859" w14:textId="77777777">
        <w:trPr>
          <w:jc w:val="center"/>
        </w:trPr>
        <w:tc>
          <w:tcPr>
            <w:tcW w:w="2550" w:type="dxa"/>
            <w:vAlign w:val="center"/>
          </w:tcPr>
          <w:p w14:paraId="0B7AD44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22D828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6F44DE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55C815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0102BA22" w14:textId="77777777">
        <w:trPr>
          <w:jc w:val="center"/>
        </w:trPr>
        <w:tc>
          <w:tcPr>
            <w:tcW w:w="2550" w:type="dxa"/>
            <w:vAlign w:val="center"/>
          </w:tcPr>
          <w:p w14:paraId="2DD636D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E0203F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E5FB16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82510CF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3B5EBEF0" w14:textId="77777777" w:rsidR="007E7984" w:rsidRDefault="007E7984" w:rsidP="007E7984">
      <w:pPr>
        <w:bidi/>
        <w:rPr>
          <w:b/>
          <w:sz w:val="24"/>
          <w:szCs w:val="24"/>
          <w:rtl/>
          <w:lang w:bidi="he-IL"/>
        </w:rPr>
      </w:pPr>
    </w:p>
    <w:p w14:paraId="60AB512A" w14:textId="6BA5313C" w:rsidR="0017416B" w:rsidRPr="00C7345E" w:rsidRDefault="007E7984" w:rsidP="007E798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6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אנגלית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ברמה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גבוהה</w:t>
      </w:r>
      <w:proofErr w:type="spellEnd"/>
      <w:r w:rsidRPr="00C7345E">
        <w:rPr>
          <w:b/>
          <w:sz w:val="24"/>
          <w:szCs w:val="24"/>
          <w:rtl/>
        </w:rPr>
        <w:t xml:space="preserve"> – </w:t>
      </w:r>
      <w:proofErr w:type="spellStart"/>
      <w:r w:rsidRPr="00C7345E">
        <w:rPr>
          <w:b/>
          <w:sz w:val="24"/>
          <w:szCs w:val="24"/>
          <w:rtl/>
        </w:rPr>
        <w:t>חובה</w:t>
      </w:r>
      <w:proofErr w:type="spellEnd"/>
    </w:p>
    <w:p w14:paraId="2755958C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ציין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רמת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האנגלית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בדיבור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קריאה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כתיבה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והצגה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מקצועית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ואת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אופן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השימוש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באנגלית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בעבודה</w:t>
      </w:r>
      <w:proofErr w:type="spellEnd"/>
      <w:r w:rsidRPr="00C7345E">
        <w:rPr>
          <w:sz w:val="24"/>
          <w:szCs w:val="24"/>
          <w:rtl/>
        </w:rPr>
        <w:t>.</w:t>
      </w:r>
    </w:p>
    <w:p w14:paraId="1956E046" w14:textId="3CCFC5A5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34E68AB0" w14:textId="09DE1739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0B6350B1" w14:textId="282D95BD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7C1B461A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br w:type="page"/>
      </w:r>
    </w:p>
    <w:p w14:paraId="3D5D4F4D" w14:textId="77777777" w:rsidR="0017416B" w:rsidRDefault="00000000" w:rsidP="00B15B1E">
      <w:pPr>
        <w:bidi/>
        <w:spacing w:before="220" w:after="140"/>
        <w:rPr>
          <w:bCs/>
          <w:sz w:val="24"/>
          <w:szCs w:val="24"/>
          <w:u w:val="single"/>
          <w:rtl/>
          <w:lang w:bidi="he-IL"/>
        </w:rPr>
      </w:pPr>
      <w:proofErr w:type="spellStart"/>
      <w:r w:rsidRPr="00C7345E">
        <w:rPr>
          <w:bCs/>
          <w:sz w:val="24"/>
          <w:szCs w:val="24"/>
          <w:u w:val="single"/>
          <w:rtl/>
        </w:rPr>
        <w:lastRenderedPageBreak/>
        <w:t>חלק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ג׳ – </w:t>
      </w:r>
      <w:proofErr w:type="spellStart"/>
      <w:r w:rsidRPr="00C7345E">
        <w:rPr>
          <w:bCs/>
          <w:sz w:val="24"/>
          <w:szCs w:val="24"/>
          <w:u w:val="single"/>
          <w:rtl/>
        </w:rPr>
        <w:t>תנאים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נוספים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המהווים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יתרון</w:t>
      </w:r>
      <w:proofErr w:type="spellEnd"/>
    </w:p>
    <w:p w14:paraId="2EE0E253" w14:textId="77777777" w:rsidR="00445D70" w:rsidRPr="00C7345E" w:rsidRDefault="00445D70" w:rsidP="00445D70">
      <w:pPr>
        <w:bidi/>
        <w:spacing w:before="220" w:after="140"/>
        <w:rPr>
          <w:bCs/>
          <w:sz w:val="24"/>
          <w:szCs w:val="24"/>
          <w:u w:val="single"/>
          <w:lang w:bidi="he-IL"/>
        </w:rPr>
      </w:pPr>
    </w:p>
    <w:p w14:paraId="3FB8208D" w14:textId="77777777" w:rsidR="0017416B" w:rsidRDefault="00000000" w:rsidP="00B15B1E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לפרט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בכל</w:t>
      </w:r>
      <w:proofErr w:type="spellEnd"/>
      <w:r w:rsidRPr="00C7345E">
        <w:rPr>
          <w:sz w:val="24"/>
          <w:szCs w:val="24"/>
          <w:rtl/>
        </w:rPr>
        <w:t xml:space="preserve"> תחום </w:t>
      </w:r>
      <w:proofErr w:type="spellStart"/>
      <w:r w:rsidRPr="00C7345E">
        <w:rPr>
          <w:sz w:val="24"/>
          <w:szCs w:val="24"/>
          <w:rtl/>
        </w:rPr>
        <w:t>בנפרד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כולל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תאריכים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מדויקים</w:t>
      </w:r>
      <w:proofErr w:type="spellEnd"/>
      <w:r w:rsidRPr="00C7345E">
        <w:rPr>
          <w:sz w:val="24"/>
          <w:szCs w:val="24"/>
          <w:rtl/>
        </w:rPr>
        <w:t xml:space="preserve">. </w:t>
      </w:r>
      <w:proofErr w:type="spellStart"/>
      <w:r w:rsidRPr="00C7345E">
        <w:rPr>
          <w:sz w:val="24"/>
          <w:szCs w:val="24"/>
          <w:rtl/>
        </w:rPr>
        <w:t>כל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סעיף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משמש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לבדיקת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ניקוד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היתרון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בהתאם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לטבלת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המכרז</w:t>
      </w:r>
      <w:proofErr w:type="spellEnd"/>
      <w:r w:rsidRPr="00C7345E">
        <w:rPr>
          <w:sz w:val="24"/>
          <w:szCs w:val="24"/>
          <w:rtl/>
        </w:rPr>
        <w:t>.</w:t>
      </w:r>
    </w:p>
    <w:p w14:paraId="70237ECE" w14:textId="77777777" w:rsidR="007E7984" w:rsidRPr="00C7345E" w:rsidRDefault="007E7984" w:rsidP="007E7984">
      <w:pPr>
        <w:bidi/>
        <w:rPr>
          <w:sz w:val="24"/>
          <w:szCs w:val="24"/>
          <w:lang w:bidi="he-IL"/>
        </w:rPr>
      </w:pPr>
    </w:p>
    <w:p w14:paraId="15C5AA6D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b/>
          <w:sz w:val="24"/>
          <w:szCs w:val="24"/>
          <w:rtl/>
        </w:rPr>
        <w:t xml:space="preserve">7. </w:t>
      </w:r>
      <w:proofErr w:type="spellStart"/>
      <w:r w:rsidRPr="00C7345E">
        <w:rPr>
          <w:b/>
          <w:sz w:val="24"/>
          <w:szCs w:val="24"/>
          <w:rtl/>
        </w:rPr>
        <w:t>השכלה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נוספת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רלוונטית</w:t>
      </w:r>
      <w:proofErr w:type="spellEnd"/>
    </w:p>
    <w:p w14:paraId="5B27CBF9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תואר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נוסף</w:t>
      </w:r>
      <w:proofErr w:type="spellEnd"/>
      <w:r w:rsidRPr="00C7345E">
        <w:rPr>
          <w:sz w:val="24"/>
          <w:szCs w:val="24"/>
          <w:rtl/>
        </w:rPr>
        <w:t xml:space="preserve"> ו/</w:t>
      </w:r>
      <w:proofErr w:type="spellStart"/>
      <w:r w:rsidRPr="00C7345E">
        <w:rPr>
          <w:sz w:val="24"/>
          <w:szCs w:val="24"/>
          <w:rtl/>
        </w:rPr>
        <w:t>או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שני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אנא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ודא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שמופיע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בטבלת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ההשכלה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בשאלה</w:t>
      </w:r>
      <w:proofErr w:type="spellEnd"/>
      <w:r w:rsidRPr="00C7345E">
        <w:rPr>
          <w:sz w:val="24"/>
          <w:szCs w:val="24"/>
          <w:rtl/>
        </w:rPr>
        <w:t xml:space="preserve"> 1. </w:t>
      </w:r>
      <w:proofErr w:type="spellStart"/>
      <w:r w:rsidRPr="00C7345E">
        <w:rPr>
          <w:sz w:val="24"/>
          <w:szCs w:val="24"/>
          <w:rtl/>
        </w:rPr>
        <w:t>ציין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כיצד</w:t>
      </w:r>
      <w:proofErr w:type="spellEnd"/>
      <w:r w:rsidRPr="00C7345E">
        <w:rPr>
          <w:sz w:val="24"/>
          <w:szCs w:val="24"/>
          <w:rtl/>
        </w:rPr>
        <w:t xml:space="preserve"> תחום </w:t>
      </w:r>
      <w:proofErr w:type="spellStart"/>
      <w:r w:rsidRPr="00C7345E">
        <w:rPr>
          <w:sz w:val="24"/>
          <w:szCs w:val="24"/>
          <w:rtl/>
        </w:rPr>
        <w:t>התואר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רלוונטי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לתפקיד</w:t>
      </w:r>
      <w:proofErr w:type="spellEnd"/>
      <w:r w:rsidRPr="00C7345E">
        <w:rPr>
          <w:sz w:val="24"/>
          <w:szCs w:val="24"/>
          <w:rtl/>
        </w:rPr>
        <w:t>.</w:t>
      </w:r>
    </w:p>
    <w:p w14:paraId="20C8E806" w14:textId="1CC48845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5679FC7B" w14:textId="3AAC740B" w:rsidR="0017416B" w:rsidRDefault="00000000" w:rsidP="00B15B1E">
      <w:pPr>
        <w:bidi/>
        <w:rPr>
          <w:sz w:val="24"/>
          <w:szCs w:val="24"/>
          <w:rtl/>
          <w:lang w:bidi="he-IL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020060D4" w14:textId="77777777" w:rsidR="007E7984" w:rsidRPr="00C7345E" w:rsidRDefault="007E7984" w:rsidP="007E7984">
      <w:pPr>
        <w:bidi/>
        <w:rPr>
          <w:sz w:val="24"/>
          <w:szCs w:val="24"/>
          <w:lang w:bidi="he-IL"/>
        </w:rPr>
      </w:pPr>
    </w:p>
    <w:p w14:paraId="20D7CD68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b/>
          <w:sz w:val="24"/>
          <w:szCs w:val="24"/>
          <w:rtl/>
        </w:rPr>
        <w:t xml:space="preserve">8.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בשיווק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מוסדות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תרבות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תיירות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ארגונים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ציבוריים</w:t>
      </w:r>
      <w:proofErr w:type="spellEnd"/>
    </w:p>
    <w:p w14:paraId="11EFD6A4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לציין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סוג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הארגון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משך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הניסיון</w:t>
      </w:r>
      <w:proofErr w:type="spellEnd"/>
      <w:r w:rsidRPr="00C7345E">
        <w:rPr>
          <w:sz w:val="24"/>
          <w:szCs w:val="24"/>
          <w:rtl/>
        </w:rPr>
        <w:t xml:space="preserve"> (1–3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מעל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), </w:t>
      </w:r>
      <w:proofErr w:type="spellStart"/>
      <w:r w:rsidRPr="00C7345E">
        <w:rPr>
          <w:sz w:val="24"/>
          <w:szCs w:val="24"/>
          <w:rtl/>
        </w:rPr>
        <w:t>כולל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פעילות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שיווקית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שבוצעה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7"/>
        <w:gridCol w:w="2548"/>
      </w:tblGrid>
      <w:tr w:rsidR="0017416B" w:rsidRPr="00C7345E" w14:paraId="427E5AA9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390A0C79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שם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וסוגו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518D4EF4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תפקיד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ותקופה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מדויקת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51ACE0B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תחומי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שיווק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וקהל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יעד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605F48F2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הישגים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תוצאות</w:t>
            </w:r>
            <w:proofErr w:type="spellEnd"/>
          </w:p>
        </w:tc>
      </w:tr>
      <w:tr w:rsidR="0017416B" w:rsidRPr="00C7345E" w14:paraId="791D2FB9" w14:textId="77777777">
        <w:trPr>
          <w:jc w:val="center"/>
        </w:trPr>
        <w:tc>
          <w:tcPr>
            <w:tcW w:w="2550" w:type="dxa"/>
            <w:vAlign w:val="center"/>
          </w:tcPr>
          <w:p w14:paraId="0468CAB5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33535E7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6B61C8F0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166A037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1EDDAAF9" w14:textId="77777777">
        <w:trPr>
          <w:jc w:val="center"/>
        </w:trPr>
        <w:tc>
          <w:tcPr>
            <w:tcW w:w="2550" w:type="dxa"/>
            <w:vAlign w:val="center"/>
          </w:tcPr>
          <w:p w14:paraId="6FBCD2E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9F4BEB7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D454C9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669936F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0B37F7A4" w14:textId="77777777">
        <w:trPr>
          <w:jc w:val="center"/>
        </w:trPr>
        <w:tc>
          <w:tcPr>
            <w:tcW w:w="2550" w:type="dxa"/>
            <w:vAlign w:val="center"/>
          </w:tcPr>
          <w:p w14:paraId="38F4C9C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1ECCCE7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47D80F4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DC8CB9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28BFDCA7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7D240B7E" w14:textId="5BF03220" w:rsidR="0017416B" w:rsidRPr="00C7345E" w:rsidRDefault="000B4A81" w:rsidP="000B4A81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9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בניהול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מערכות</w:t>
      </w:r>
      <w:proofErr w:type="spellEnd"/>
      <w:r w:rsidRPr="00C7345E">
        <w:rPr>
          <w:b/>
          <w:sz w:val="24"/>
          <w:szCs w:val="24"/>
          <w:rtl/>
        </w:rPr>
        <w:t xml:space="preserve"> CRM, </w:t>
      </w:r>
      <w:proofErr w:type="spellStart"/>
      <w:r w:rsidRPr="00C7345E">
        <w:rPr>
          <w:b/>
          <w:sz w:val="24"/>
          <w:szCs w:val="24"/>
          <w:rtl/>
        </w:rPr>
        <w:t>כרטוס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אוטומציה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שיווקית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וכלי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אנליטיקה</w:t>
      </w:r>
      <w:proofErr w:type="spellEnd"/>
    </w:p>
    <w:p w14:paraId="6AD9D476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ציין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מערכות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ספציפיות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אחריות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אישית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בניהול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הטמעה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ומשך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(1–3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מעל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>).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7"/>
      </w:tblGrid>
      <w:tr w:rsidR="0017416B" w:rsidRPr="00C7345E" w14:paraId="76CB7F46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41B89E17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ותקופה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6295AF7F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שם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המערכת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הכלי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237A7E7E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אופן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הניהול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ההטמעה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2D537C12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תוצרים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ותוצאות</w:t>
            </w:r>
            <w:proofErr w:type="spellEnd"/>
          </w:p>
        </w:tc>
      </w:tr>
      <w:tr w:rsidR="0017416B" w:rsidRPr="00C7345E" w14:paraId="426E6F3E" w14:textId="77777777">
        <w:trPr>
          <w:jc w:val="center"/>
        </w:trPr>
        <w:tc>
          <w:tcPr>
            <w:tcW w:w="2550" w:type="dxa"/>
            <w:vAlign w:val="center"/>
          </w:tcPr>
          <w:p w14:paraId="77DE9E3B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2693CB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A4BE984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D4A320A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3F9BF749" w14:textId="77777777">
        <w:trPr>
          <w:jc w:val="center"/>
        </w:trPr>
        <w:tc>
          <w:tcPr>
            <w:tcW w:w="2550" w:type="dxa"/>
            <w:vAlign w:val="center"/>
          </w:tcPr>
          <w:p w14:paraId="21AE6D8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BAD6D6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74ABE38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9702DDA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397332CF" w14:textId="77777777">
        <w:trPr>
          <w:jc w:val="center"/>
        </w:trPr>
        <w:tc>
          <w:tcPr>
            <w:tcW w:w="2550" w:type="dxa"/>
            <w:vAlign w:val="center"/>
          </w:tcPr>
          <w:p w14:paraId="5D6A855B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A8AEC18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E902E1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C45B66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3A361634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1370FB2E" w14:textId="737A69B4" w:rsidR="0017416B" w:rsidRPr="00C7345E" w:rsidRDefault="000B4A81" w:rsidP="000B4A81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10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בדוברות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יחסי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ציבור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וניהול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משברים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תקשורתיים</w:t>
      </w:r>
      <w:proofErr w:type="spellEnd"/>
    </w:p>
    <w:p w14:paraId="7060CE3A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לפרט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תקופות</w:t>
      </w:r>
      <w:proofErr w:type="spellEnd"/>
      <w:r w:rsidRPr="00C7345E">
        <w:rPr>
          <w:sz w:val="24"/>
          <w:szCs w:val="24"/>
          <w:rtl/>
        </w:rPr>
        <w:t xml:space="preserve"> (1–3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מעל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), </w:t>
      </w:r>
      <w:proofErr w:type="spellStart"/>
      <w:r w:rsidRPr="00C7345E">
        <w:rPr>
          <w:sz w:val="24"/>
          <w:szCs w:val="24"/>
          <w:rtl/>
        </w:rPr>
        <w:t>מידת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אחריות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אישית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ודוגמה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לפעילות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למשבר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שטופל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ללא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מידע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חסוי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</w:tblGrid>
      <w:tr w:rsidR="0017416B" w:rsidRPr="00C7345E" w14:paraId="21682DA6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4CD481F4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ותקופה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0F8A4349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r w:rsidRPr="00C7345E">
              <w:rPr>
                <w:sz w:val="24"/>
                <w:szCs w:val="24"/>
                <w:rtl/>
              </w:rPr>
              <w:t xml:space="preserve">תחום </w:t>
            </w:r>
            <w:proofErr w:type="spellStart"/>
            <w:r w:rsidRPr="00C7345E">
              <w:rPr>
                <w:sz w:val="24"/>
                <w:szCs w:val="24"/>
                <w:rtl/>
              </w:rPr>
              <w:t>אחריות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46441299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דוגמה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לפעילות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משבר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C8A5192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חלקך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האישי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והתוצאה</w:t>
            </w:r>
            <w:proofErr w:type="spellEnd"/>
          </w:p>
        </w:tc>
      </w:tr>
      <w:tr w:rsidR="0017416B" w:rsidRPr="00C7345E" w14:paraId="4AC23C1A" w14:textId="77777777">
        <w:trPr>
          <w:jc w:val="center"/>
        </w:trPr>
        <w:tc>
          <w:tcPr>
            <w:tcW w:w="2550" w:type="dxa"/>
            <w:vAlign w:val="center"/>
          </w:tcPr>
          <w:p w14:paraId="34AC0A74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719D31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4C4EA9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1692BC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3D3FFE98" w14:textId="77777777">
        <w:trPr>
          <w:jc w:val="center"/>
        </w:trPr>
        <w:tc>
          <w:tcPr>
            <w:tcW w:w="2550" w:type="dxa"/>
            <w:vAlign w:val="center"/>
          </w:tcPr>
          <w:p w14:paraId="1888891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900E4F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25BCF5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72EE625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5F7A8588" w14:textId="77777777">
        <w:trPr>
          <w:jc w:val="center"/>
        </w:trPr>
        <w:tc>
          <w:tcPr>
            <w:tcW w:w="2550" w:type="dxa"/>
            <w:vAlign w:val="center"/>
          </w:tcPr>
          <w:p w14:paraId="5B16EF4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9E72DE6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4D88AA0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124AED33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4841B6B2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61276595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6B84FAF7" w14:textId="77777777" w:rsidR="000B4A81" w:rsidRDefault="000B4A81" w:rsidP="000B4A81">
      <w:pPr>
        <w:bidi/>
        <w:rPr>
          <w:b/>
          <w:sz w:val="24"/>
          <w:szCs w:val="24"/>
          <w:rtl/>
          <w:lang w:bidi="he-IL"/>
        </w:rPr>
      </w:pPr>
    </w:p>
    <w:p w14:paraId="7A61A199" w14:textId="3D217992" w:rsidR="0017416B" w:rsidRPr="00C7345E" w:rsidRDefault="000B4A81" w:rsidP="000B4A81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11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בפיתוח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שיתופי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פעולה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אסטרטגיים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ומסחריים</w:t>
      </w:r>
      <w:proofErr w:type="spellEnd"/>
    </w:p>
    <w:p w14:paraId="0E8159B4" w14:textId="77777777" w:rsidR="0017416B" w:rsidRPr="00C7345E" w:rsidRDefault="00000000" w:rsidP="00B15B1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ציין</w:t>
      </w:r>
      <w:proofErr w:type="spellEnd"/>
      <w:r w:rsidRPr="00C7345E">
        <w:rPr>
          <w:sz w:val="24"/>
          <w:szCs w:val="24"/>
          <w:rtl/>
        </w:rPr>
        <w:t xml:space="preserve">/י </w:t>
      </w:r>
      <w:proofErr w:type="spellStart"/>
      <w:r w:rsidRPr="00C7345E">
        <w:rPr>
          <w:sz w:val="24"/>
          <w:szCs w:val="24"/>
          <w:rtl/>
        </w:rPr>
        <w:t>משך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ניסיון</w:t>
      </w:r>
      <w:proofErr w:type="spellEnd"/>
      <w:r w:rsidRPr="00C7345E">
        <w:rPr>
          <w:sz w:val="24"/>
          <w:szCs w:val="24"/>
          <w:rtl/>
        </w:rPr>
        <w:t xml:space="preserve"> (1–3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 / </w:t>
      </w:r>
      <w:proofErr w:type="spellStart"/>
      <w:r w:rsidRPr="00C7345E">
        <w:rPr>
          <w:sz w:val="24"/>
          <w:szCs w:val="24"/>
          <w:rtl/>
        </w:rPr>
        <w:t>מעל</w:t>
      </w:r>
      <w:proofErr w:type="spellEnd"/>
      <w:r w:rsidRPr="00C7345E">
        <w:rPr>
          <w:sz w:val="24"/>
          <w:szCs w:val="24"/>
          <w:rtl/>
        </w:rPr>
        <w:t xml:space="preserve"> 3 </w:t>
      </w:r>
      <w:proofErr w:type="spellStart"/>
      <w:r w:rsidRPr="00C7345E">
        <w:rPr>
          <w:sz w:val="24"/>
          <w:szCs w:val="24"/>
          <w:rtl/>
        </w:rPr>
        <w:t>שנים</w:t>
      </w:r>
      <w:proofErr w:type="spellEnd"/>
      <w:r w:rsidRPr="00C7345E">
        <w:rPr>
          <w:sz w:val="24"/>
          <w:szCs w:val="24"/>
          <w:rtl/>
        </w:rPr>
        <w:t xml:space="preserve">), </w:t>
      </w:r>
      <w:proofErr w:type="spellStart"/>
      <w:r w:rsidRPr="00C7345E">
        <w:rPr>
          <w:sz w:val="24"/>
          <w:szCs w:val="24"/>
          <w:rtl/>
        </w:rPr>
        <w:t>סוג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השותפות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שלבי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פיתוח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והתקשרות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ותוצאות</w:t>
      </w:r>
      <w:proofErr w:type="spellEnd"/>
      <w:r w:rsidRPr="00C7345E">
        <w:rPr>
          <w:sz w:val="24"/>
          <w:szCs w:val="24"/>
          <w:rtl/>
        </w:rPr>
        <w:t>.</w:t>
      </w:r>
    </w:p>
    <w:tbl>
      <w:tblPr>
        <w:tblStyle w:val="aff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7"/>
        <w:gridCol w:w="2548"/>
        <w:gridCol w:w="2547"/>
      </w:tblGrid>
      <w:tr w:rsidR="0017416B" w:rsidRPr="00C7345E" w14:paraId="7EC2ADC9" w14:textId="77777777">
        <w:trPr>
          <w:jc w:val="center"/>
        </w:trPr>
        <w:tc>
          <w:tcPr>
            <w:tcW w:w="2550" w:type="dxa"/>
            <w:shd w:val="clear" w:color="auto" w:fill="DCEAD9"/>
            <w:vAlign w:val="center"/>
          </w:tcPr>
          <w:p w14:paraId="135B1041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ארגון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ותקופה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278B5A7E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שותף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סוג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שיתוף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פעולה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281B5530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תפקידך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ביוזמה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ובמו״מ</w:t>
            </w:r>
            <w:proofErr w:type="spellEnd"/>
          </w:p>
        </w:tc>
        <w:tc>
          <w:tcPr>
            <w:tcW w:w="2550" w:type="dxa"/>
            <w:shd w:val="clear" w:color="auto" w:fill="DCEAD9"/>
            <w:vAlign w:val="center"/>
          </w:tcPr>
          <w:p w14:paraId="3B9FDBDE" w14:textId="77777777" w:rsidR="0017416B" w:rsidRPr="00C7345E" w:rsidRDefault="00000000" w:rsidP="00B15B1E">
            <w:pPr>
              <w:bidi/>
              <w:rPr>
                <w:sz w:val="24"/>
                <w:szCs w:val="24"/>
              </w:rPr>
            </w:pPr>
            <w:proofErr w:type="spellStart"/>
            <w:r w:rsidRPr="00C7345E">
              <w:rPr>
                <w:sz w:val="24"/>
                <w:szCs w:val="24"/>
                <w:rtl/>
              </w:rPr>
              <w:t>תוצרים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/ </w:t>
            </w:r>
            <w:proofErr w:type="spellStart"/>
            <w:r w:rsidRPr="00C7345E">
              <w:rPr>
                <w:sz w:val="24"/>
                <w:szCs w:val="24"/>
                <w:rtl/>
              </w:rPr>
              <w:t>מדדי</w:t>
            </w:r>
            <w:proofErr w:type="spellEnd"/>
            <w:r w:rsidRPr="00C7345E">
              <w:rPr>
                <w:sz w:val="24"/>
                <w:szCs w:val="24"/>
                <w:rtl/>
              </w:rPr>
              <w:t xml:space="preserve"> </w:t>
            </w:r>
            <w:proofErr w:type="spellStart"/>
            <w:r w:rsidRPr="00C7345E">
              <w:rPr>
                <w:sz w:val="24"/>
                <w:szCs w:val="24"/>
                <w:rtl/>
              </w:rPr>
              <w:t>הצלחה</w:t>
            </w:r>
            <w:proofErr w:type="spellEnd"/>
          </w:p>
        </w:tc>
      </w:tr>
      <w:tr w:rsidR="0017416B" w:rsidRPr="00C7345E" w14:paraId="7F2609C1" w14:textId="77777777">
        <w:trPr>
          <w:jc w:val="center"/>
        </w:trPr>
        <w:tc>
          <w:tcPr>
            <w:tcW w:w="2550" w:type="dxa"/>
            <w:vAlign w:val="center"/>
          </w:tcPr>
          <w:p w14:paraId="0D91E59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120B4BB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EC24798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0E416E02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417C03D2" w14:textId="77777777">
        <w:trPr>
          <w:jc w:val="center"/>
        </w:trPr>
        <w:tc>
          <w:tcPr>
            <w:tcW w:w="2550" w:type="dxa"/>
            <w:vAlign w:val="center"/>
          </w:tcPr>
          <w:p w14:paraId="715138CE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53FD353D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33F04F7C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5261839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  <w:tr w:rsidR="0017416B" w:rsidRPr="00C7345E" w14:paraId="418EF390" w14:textId="77777777">
        <w:trPr>
          <w:jc w:val="center"/>
        </w:trPr>
        <w:tc>
          <w:tcPr>
            <w:tcW w:w="2550" w:type="dxa"/>
            <w:vAlign w:val="center"/>
          </w:tcPr>
          <w:p w14:paraId="4DAB6335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4309D2E1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6AEBC76B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724E5139" w14:textId="77777777" w:rsidR="0017416B" w:rsidRPr="00C7345E" w:rsidRDefault="0017416B" w:rsidP="00B15B1E">
            <w:pPr>
              <w:bidi/>
              <w:rPr>
                <w:sz w:val="24"/>
                <w:szCs w:val="24"/>
              </w:rPr>
            </w:pPr>
          </w:p>
        </w:tc>
      </w:tr>
    </w:tbl>
    <w:p w14:paraId="2422BEE5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br w:type="page"/>
      </w:r>
    </w:p>
    <w:p w14:paraId="64021A07" w14:textId="77777777" w:rsidR="0017416B" w:rsidRDefault="00000000" w:rsidP="00B15B1E">
      <w:pPr>
        <w:bidi/>
        <w:spacing w:before="220" w:after="140"/>
        <w:rPr>
          <w:bCs/>
          <w:sz w:val="24"/>
          <w:szCs w:val="24"/>
          <w:u w:val="single"/>
          <w:rtl/>
          <w:lang w:bidi="he-IL"/>
        </w:rPr>
      </w:pPr>
      <w:proofErr w:type="spellStart"/>
      <w:r w:rsidRPr="00C7345E">
        <w:rPr>
          <w:bCs/>
          <w:sz w:val="24"/>
          <w:szCs w:val="24"/>
          <w:u w:val="single"/>
          <w:rtl/>
        </w:rPr>
        <w:lastRenderedPageBreak/>
        <w:t>חלק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ד׳ – </w:t>
      </w:r>
      <w:proofErr w:type="spellStart"/>
      <w:r w:rsidRPr="00C7345E">
        <w:rPr>
          <w:bCs/>
          <w:sz w:val="24"/>
          <w:szCs w:val="24"/>
          <w:u w:val="single"/>
          <w:rtl/>
        </w:rPr>
        <w:t>ניסיון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מקצועי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ויכולות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רלוונטיות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לתפקיד</w:t>
      </w:r>
      <w:proofErr w:type="spellEnd"/>
    </w:p>
    <w:p w14:paraId="3FAD5948" w14:textId="77777777" w:rsidR="0017416B" w:rsidRDefault="00000000" w:rsidP="00B15B1E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שאלות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להעמקה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מקצועית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שאינן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מחליפות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את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בחינת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תנאי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הסף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והניקוד</w:t>
      </w:r>
      <w:proofErr w:type="spellEnd"/>
      <w:r w:rsidRPr="00C7345E">
        <w:rPr>
          <w:sz w:val="24"/>
          <w:szCs w:val="24"/>
          <w:rtl/>
        </w:rPr>
        <w:t>.</w:t>
      </w:r>
    </w:p>
    <w:p w14:paraId="5FD8F1E9" w14:textId="77777777" w:rsidR="00AF1C34" w:rsidRPr="00C7345E" w:rsidRDefault="00AF1C34" w:rsidP="00AF1C34">
      <w:pPr>
        <w:bidi/>
        <w:rPr>
          <w:sz w:val="24"/>
          <w:szCs w:val="24"/>
          <w:lang w:bidi="he-IL"/>
        </w:rPr>
      </w:pPr>
    </w:p>
    <w:p w14:paraId="7846F7B8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b/>
          <w:sz w:val="24"/>
          <w:szCs w:val="24"/>
          <w:rtl/>
        </w:rPr>
        <w:t xml:space="preserve">12. </w:t>
      </w:r>
      <w:proofErr w:type="spellStart"/>
      <w:r w:rsidRPr="00C7345E">
        <w:rPr>
          <w:b/>
          <w:sz w:val="24"/>
          <w:szCs w:val="24"/>
          <w:rtl/>
        </w:rPr>
        <w:t>תאר</w:t>
      </w:r>
      <w:proofErr w:type="spellEnd"/>
      <w:r w:rsidRPr="00C7345E">
        <w:rPr>
          <w:b/>
          <w:sz w:val="24"/>
          <w:szCs w:val="24"/>
          <w:rtl/>
        </w:rPr>
        <w:t xml:space="preserve">/י </w:t>
      </w:r>
      <w:proofErr w:type="spellStart"/>
      <w:r w:rsidRPr="00C7345E">
        <w:rPr>
          <w:b/>
          <w:sz w:val="24"/>
          <w:szCs w:val="24"/>
          <w:rtl/>
        </w:rPr>
        <w:t>מהלך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אסטרטגי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שבנית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והובלת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בתחום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השיווק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המיתוג</w:t>
      </w:r>
      <w:proofErr w:type="spellEnd"/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מה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היו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היעדים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הפעולות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והתוצאות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המדידות</w:t>
      </w:r>
      <w:proofErr w:type="spellEnd"/>
      <w:r w:rsidRPr="00C7345E">
        <w:rPr>
          <w:b/>
          <w:sz w:val="24"/>
          <w:szCs w:val="24"/>
          <w:rtl/>
        </w:rPr>
        <w:t>?</w:t>
      </w:r>
    </w:p>
    <w:p w14:paraId="559A4282" w14:textId="3068766D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19F64806" w14:textId="32940E43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1835DD02" w14:textId="74F3F1EF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656C4C7F" w14:textId="4D95569C" w:rsidR="0017416B" w:rsidRDefault="00000000" w:rsidP="00B15B1E">
      <w:pPr>
        <w:bidi/>
        <w:rPr>
          <w:sz w:val="24"/>
          <w:szCs w:val="24"/>
          <w:rtl/>
          <w:lang w:bidi="he-IL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2B849832" w14:textId="77777777" w:rsidR="00CA4458" w:rsidRPr="00C7345E" w:rsidRDefault="00CA4458" w:rsidP="00CA4458">
      <w:pPr>
        <w:bidi/>
        <w:rPr>
          <w:sz w:val="24"/>
          <w:szCs w:val="24"/>
          <w:lang w:bidi="he-IL"/>
        </w:rPr>
      </w:pPr>
    </w:p>
    <w:p w14:paraId="06BF9BE0" w14:textId="7777777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b/>
          <w:sz w:val="24"/>
          <w:szCs w:val="24"/>
          <w:rtl/>
        </w:rPr>
        <w:t xml:space="preserve">13. </w:t>
      </w:r>
      <w:proofErr w:type="spellStart"/>
      <w:r w:rsidRPr="00C7345E">
        <w:rPr>
          <w:b/>
          <w:sz w:val="24"/>
          <w:szCs w:val="24"/>
          <w:rtl/>
        </w:rPr>
        <w:t>תאר</w:t>
      </w:r>
      <w:proofErr w:type="spellEnd"/>
      <w:r w:rsidRPr="00C7345E">
        <w:rPr>
          <w:b/>
          <w:sz w:val="24"/>
          <w:szCs w:val="24"/>
          <w:rtl/>
        </w:rPr>
        <w:t xml:space="preserve">/י </w:t>
      </w:r>
      <w:proofErr w:type="spellStart"/>
      <w:r w:rsidRPr="00C7345E">
        <w:rPr>
          <w:b/>
          <w:sz w:val="24"/>
          <w:szCs w:val="24"/>
          <w:rtl/>
        </w:rPr>
        <w:t>מהלך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לפיתוח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קהלים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להגדלת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מספר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מבקרים</w:t>
      </w:r>
      <w:proofErr w:type="spellEnd"/>
      <w:r w:rsidRPr="00C7345E">
        <w:rPr>
          <w:b/>
          <w:sz w:val="24"/>
          <w:szCs w:val="24"/>
          <w:rtl/>
        </w:rPr>
        <w:t xml:space="preserve"> / </w:t>
      </w:r>
      <w:proofErr w:type="spellStart"/>
      <w:r w:rsidRPr="00C7345E">
        <w:rPr>
          <w:b/>
          <w:sz w:val="24"/>
          <w:szCs w:val="24"/>
          <w:rtl/>
        </w:rPr>
        <w:t>לקוחות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והכנסות</w:t>
      </w:r>
      <w:proofErr w:type="spellEnd"/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התייחס</w:t>
      </w:r>
      <w:proofErr w:type="spellEnd"/>
      <w:r w:rsidRPr="00C7345E">
        <w:rPr>
          <w:b/>
          <w:sz w:val="24"/>
          <w:szCs w:val="24"/>
          <w:rtl/>
        </w:rPr>
        <w:t xml:space="preserve">/י </w:t>
      </w:r>
      <w:proofErr w:type="spellStart"/>
      <w:r w:rsidRPr="00C7345E">
        <w:rPr>
          <w:b/>
          <w:sz w:val="24"/>
          <w:szCs w:val="24"/>
          <w:rtl/>
        </w:rPr>
        <w:t>לפילוח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קהל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ערוצים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והישגים</w:t>
      </w:r>
      <w:proofErr w:type="spellEnd"/>
      <w:r w:rsidRPr="00C7345E">
        <w:rPr>
          <w:b/>
          <w:sz w:val="24"/>
          <w:szCs w:val="24"/>
          <w:rtl/>
        </w:rPr>
        <w:t>.</w:t>
      </w:r>
    </w:p>
    <w:p w14:paraId="7FCB9DE3" w14:textId="20C56B43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4175128A" w14:textId="50B0A73B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43550263" w14:textId="240C5DA0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2F496A08" w14:textId="097078C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3F8781C4" w14:textId="77777777" w:rsidR="00AF1C34" w:rsidRDefault="00AF1C34" w:rsidP="00AF1C34">
      <w:pPr>
        <w:bidi/>
        <w:rPr>
          <w:b/>
          <w:sz w:val="24"/>
          <w:szCs w:val="24"/>
          <w:rtl/>
          <w:lang w:bidi="he-IL"/>
        </w:rPr>
      </w:pPr>
    </w:p>
    <w:p w14:paraId="2E75751F" w14:textId="1BD46DDD" w:rsidR="0017416B" w:rsidRPr="00C7345E" w:rsidRDefault="00AF1C34" w:rsidP="00AF1C3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14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תאר</w:t>
      </w:r>
      <w:proofErr w:type="spellEnd"/>
      <w:r w:rsidRPr="00C7345E">
        <w:rPr>
          <w:b/>
          <w:sz w:val="24"/>
          <w:szCs w:val="24"/>
          <w:rtl/>
        </w:rPr>
        <w:t xml:space="preserve">/י </w:t>
      </w:r>
      <w:proofErr w:type="spellStart"/>
      <w:r w:rsidRPr="00C7345E">
        <w:rPr>
          <w:b/>
          <w:sz w:val="24"/>
          <w:szCs w:val="24"/>
          <w:rtl/>
        </w:rPr>
        <w:t>ניסיון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באחריות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מסחרית</w:t>
      </w:r>
      <w:proofErr w:type="spellEnd"/>
      <w:r w:rsidRPr="00C7345E">
        <w:rPr>
          <w:b/>
          <w:sz w:val="24"/>
          <w:szCs w:val="24"/>
          <w:rtl/>
        </w:rPr>
        <w:t xml:space="preserve">: </w:t>
      </w:r>
      <w:proofErr w:type="spellStart"/>
      <w:r w:rsidRPr="00C7345E">
        <w:rPr>
          <w:b/>
          <w:sz w:val="24"/>
          <w:szCs w:val="24"/>
          <w:rtl/>
        </w:rPr>
        <w:t>מכירות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מנויים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אירועים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השכרות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מסחר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דיגיטלי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או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הכנסות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עצמיות</w:t>
      </w:r>
      <w:proofErr w:type="spellEnd"/>
      <w:r w:rsidRPr="00C7345E">
        <w:rPr>
          <w:b/>
          <w:sz w:val="24"/>
          <w:szCs w:val="24"/>
          <w:rtl/>
        </w:rPr>
        <w:t>.</w:t>
      </w:r>
    </w:p>
    <w:p w14:paraId="6B1AF349" w14:textId="4C8A04CF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03F42D3C" w14:textId="65E75369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4978180F" w14:textId="7677D7A8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057BAEF9" w14:textId="77777777" w:rsidR="00AF1C34" w:rsidRDefault="00AF1C34" w:rsidP="00AF1C34">
      <w:pPr>
        <w:bidi/>
        <w:rPr>
          <w:b/>
          <w:sz w:val="24"/>
          <w:szCs w:val="24"/>
          <w:rtl/>
          <w:lang w:bidi="he-IL"/>
        </w:rPr>
      </w:pPr>
    </w:p>
    <w:p w14:paraId="1F3FD94F" w14:textId="4E289227" w:rsidR="0017416B" w:rsidRPr="00C7345E" w:rsidRDefault="00AF1C34" w:rsidP="00AF1C3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15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תאר</w:t>
      </w:r>
      <w:proofErr w:type="spellEnd"/>
      <w:r w:rsidRPr="00C7345E">
        <w:rPr>
          <w:b/>
          <w:sz w:val="24"/>
          <w:szCs w:val="24"/>
          <w:rtl/>
        </w:rPr>
        <w:t xml:space="preserve">/י </w:t>
      </w:r>
      <w:proofErr w:type="spellStart"/>
      <w:r w:rsidRPr="00C7345E">
        <w:rPr>
          <w:b/>
          <w:sz w:val="24"/>
          <w:szCs w:val="24"/>
          <w:rtl/>
        </w:rPr>
        <w:t>דוגמה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לניהול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ממשקים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מורכבים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ספקים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חיצוניים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והובלת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עובדים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ומנהלים</w:t>
      </w:r>
      <w:proofErr w:type="spellEnd"/>
      <w:r w:rsidRPr="00C7345E">
        <w:rPr>
          <w:b/>
          <w:sz w:val="24"/>
          <w:szCs w:val="24"/>
          <w:rtl/>
        </w:rPr>
        <w:t>.</w:t>
      </w:r>
    </w:p>
    <w:p w14:paraId="6F8067B7" w14:textId="6E99332D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2C17C447" w14:textId="064D3BF7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26D1A7BE" w14:textId="5C021486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5DEB7982" w14:textId="77777777" w:rsidR="00AF1C34" w:rsidRDefault="00AF1C34" w:rsidP="00AF1C34">
      <w:pPr>
        <w:bidi/>
        <w:rPr>
          <w:b/>
          <w:sz w:val="24"/>
          <w:szCs w:val="24"/>
          <w:rtl/>
          <w:lang w:bidi="he-IL"/>
        </w:rPr>
      </w:pPr>
    </w:p>
    <w:p w14:paraId="541CF698" w14:textId="531B6B2D" w:rsidR="0017416B" w:rsidRPr="00C7345E" w:rsidRDefault="00AF1C34" w:rsidP="00AF1C34">
      <w:pPr>
        <w:bidi/>
        <w:rPr>
          <w:sz w:val="24"/>
          <w:szCs w:val="24"/>
        </w:rPr>
      </w:pPr>
      <w:r>
        <w:rPr>
          <w:rFonts w:hint="cs"/>
          <w:b/>
          <w:sz w:val="24"/>
          <w:szCs w:val="24"/>
          <w:rtl/>
          <w:lang w:bidi="he-IL"/>
        </w:rPr>
        <w:t>16</w:t>
      </w:r>
      <w:r w:rsidRPr="00C7345E">
        <w:rPr>
          <w:b/>
          <w:sz w:val="24"/>
          <w:szCs w:val="24"/>
          <w:rtl/>
        </w:rPr>
        <w:t xml:space="preserve">. </w:t>
      </w:r>
      <w:proofErr w:type="spellStart"/>
      <w:r w:rsidRPr="00C7345E">
        <w:rPr>
          <w:b/>
          <w:sz w:val="24"/>
          <w:szCs w:val="24"/>
          <w:rtl/>
        </w:rPr>
        <w:t>מהי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בעיניך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ההזדמנות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המרכזית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לשיווק</w:t>
      </w:r>
      <w:proofErr w:type="spellEnd"/>
      <w:r w:rsidRPr="00C7345E">
        <w:rPr>
          <w:b/>
          <w:sz w:val="24"/>
          <w:szCs w:val="24"/>
          <w:rtl/>
        </w:rPr>
        <w:t xml:space="preserve">, </w:t>
      </w:r>
      <w:proofErr w:type="spellStart"/>
      <w:r w:rsidRPr="00C7345E">
        <w:rPr>
          <w:b/>
          <w:sz w:val="24"/>
          <w:szCs w:val="24"/>
          <w:rtl/>
        </w:rPr>
        <w:t>לפיתוח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קהלים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ולהגדלת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הכנסות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במוזיאון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ארץ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ישראל</w:t>
      </w:r>
      <w:proofErr w:type="spellEnd"/>
      <w:r w:rsidRPr="00C7345E">
        <w:rPr>
          <w:b/>
          <w:sz w:val="24"/>
          <w:szCs w:val="24"/>
          <w:rtl/>
        </w:rPr>
        <w:t>? (</w:t>
      </w:r>
      <w:proofErr w:type="spellStart"/>
      <w:r w:rsidRPr="00C7345E">
        <w:rPr>
          <w:b/>
          <w:sz w:val="24"/>
          <w:szCs w:val="24"/>
          <w:rtl/>
        </w:rPr>
        <w:t>עד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חצי</w:t>
      </w:r>
      <w:proofErr w:type="spellEnd"/>
      <w:r w:rsidRPr="00C7345E">
        <w:rPr>
          <w:b/>
          <w:sz w:val="24"/>
          <w:szCs w:val="24"/>
          <w:rtl/>
        </w:rPr>
        <w:t xml:space="preserve"> </w:t>
      </w:r>
      <w:proofErr w:type="spellStart"/>
      <w:r w:rsidRPr="00C7345E">
        <w:rPr>
          <w:b/>
          <w:sz w:val="24"/>
          <w:szCs w:val="24"/>
          <w:rtl/>
        </w:rPr>
        <w:t>עמוד</w:t>
      </w:r>
      <w:proofErr w:type="spellEnd"/>
      <w:r w:rsidRPr="00C7345E">
        <w:rPr>
          <w:b/>
          <w:sz w:val="24"/>
          <w:szCs w:val="24"/>
          <w:rtl/>
        </w:rPr>
        <w:t>)</w:t>
      </w:r>
    </w:p>
    <w:p w14:paraId="762D0580" w14:textId="2DA15A1A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3838E900" w14:textId="220A642D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7A4F753F" w14:textId="03B1C5D4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5551E054" w14:textId="55FF0153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4117ECD4" w14:textId="32E2A68B" w:rsidR="0017416B" w:rsidRPr="00C7345E" w:rsidRDefault="00000000" w:rsidP="00B15B1E">
      <w:pPr>
        <w:bidi/>
        <w:rPr>
          <w:sz w:val="24"/>
          <w:szCs w:val="24"/>
        </w:rPr>
      </w:pPr>
      <w:r w:rsidRPr="00C7345E">
        <w:rPr>
          <w:sz w:val="24"/>
          <w:szCs w:val="24"/>
          <w:rtl/>
        </w:rPr>
        <w:t>____________________________________________________________________________</w:t>
      </w:r>
    </w:p>
    <w:p w14:paraId="6DE39E9D" w14:textId="77777777" w:rsidR="00AF1C34" w:rsidRDefault="00AF1C34" w:rsidP="00C7345E">
      <w:pPr>
        <w:bidi/>
        <w:spacing w:before="220" w:after="140"/>
        <w:rPr>
          <w:bCs/>
          <w:sz w:val="24"/>
          <w:szCs w:val="24"/>
          <w:u w:val="single"/>
          <w:rtl/>
          <w:lang w:bidi="he-IL"/>
        </w:rPr>
      </w:pPr>
    </w:p>
    <w:p w14:paraId="4DE55396" w14:textId="749AB376" w:rsidR="0017416B" w:rsidRPr="00C7345E" w:rsidRDefault="00000000" w:rsidP="00AF1C34">
      <w:pPr>
        <w:bidi/>
        <w:spacing w:before="220" w:after="140"/>
        <w:rPr>
          <w:bCs/>
          <w:sz w:val="24"/>
          <w:szCs w:val="24"/>
          <w:u w:val="single"/>
        </w:rPr>
      </w:pPr>
      <w:proofErr w:type="spellStart"/>
      <w:r w:rsidRPr="00C7345E">
        <w:rPr>
          <w:bCs/>
          <w:sz w:val="24"/>
          <w:szCs w:val="24"/>
          <w:u w:val="single"/>
          <w:rtl/>
        </w:rPr>
        <w:t>חלק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ה׳ – </w:t>
      </w:r>
      <w:proofErr w:type="spellStart"/>
      <w:r w:rsidRPr="00C7345E">
        <w:rPr>
          <w:bCs/>
          <w:sz w:val="24"/>
          <w:szCs w:val="24"/>
          <w:u w:val="single"/>
          <w:rtl/>
        </w:rPr>
        <w:t>הצהרה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ומסמכים</w:t>
      </w:r>
      <w:proofErr w:type="spellEnd"/>
      <w:r w:rsidRPr="00C7345E">
        <w:rPr>
          <w:bCs/>
          <w:sz w:val="24"/>
          <w:szCs w:val="24"/>
          <w:u w:val="single"/>
          <w:rtl/>
        </w:rPr>
        <w:t xml:space="preserve"> </w:t>
      </w:r>
      <w:proofErr w:type="spellStart"/>
      <w:r w:rsidRPr="00C7345E">
        <w:rPr>
          <w:bCs/>
          <w:sz w:val="24"/>
          <w:szCs w:val="24"/>
          <w:u w:val="single"/>
          <w:rtl/>
        </w:rPr>
        <w:t>נלווים</w:t>
      </w:r>
      <w:proofErr w:type="spellEnd"/>
    </w:p>
    <w:p w14:paraId="1CABD7E4" w14:textId="77777777" w:rsidR="00C7345E" w:rsidRPr="00C7345E" w:rsidRDefault="00C7345E" w:rsidP="00B15B1E">
      <w:pPr>
        <w:bidi/>
        <w:rPr>
          <w:sz w:val="24"/>
          <w:szCs w:val="24"/>
          <w:rtl/>
          <w:lang w:bidi="he-IL"/>
        </w:rPr>
      </w:pPr>
    </w:p>
    <w:p w14:paraId="71C481C6" w14:textId="6F43F21B" w:rsidR="0017416B" w:rsidRPr="00C7345E" w:rsidRDefault="00000000" w:rsidP="00C7345E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אני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מצהיר</w:t>
      </w:r>
      <w:proofErr w:type="spellEnd"/>
      <w:r w:rsidRPr="00C7345E">
        <w:rPr>
          <w:sz w:val="24"/>
          <w:szCs w:val="24"/>
          <w:rtl/>
        </w:rPr>
        <w:t xml:space="preserve">/ה </w:t>
      </w:r>
      <w:proofErr w:type="spellStart"/>
      <w:r w:rsidRPr="00C7345E">
        <w:rPr>
          <w:sz w:val="24"/>
          <w:szCs w:val="24"/>
          <w:rtl/>
        </w:rPr>
        <w:t>כי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הפרטים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שמסרתי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נכונים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ומלאים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למיטב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ידיעתי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וכי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ידוע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שהמוזיאון</w:t>
      </w:r>
      <w:proofErr w:type="spellEnd"/>
      <w:r w:rsidRPr="00C7345E">
        <w:rPr>
          <w:sz w:val="24"/>
          <w:szCs w:val="24"/>
          <w:rtl/>
        </w:rPr>
        <w:t xml:space="preserve"> ו/</w:t>
      </w:r>
      <w:proofErr w:type="spellStart"/>
      <w:r w:rsidRPr="00C7345E">
        <w:rPr>
          <w:sz w:val="24"/>
          <w:szCs w:val="24"/>
          <w:rtl/>
        </w:rPr>
        <w:t>או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מטעמו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רשאים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לבקש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הבהרות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ואסמכתאות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במהלך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הליך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המיון</w:t>
      </w:r>
      <w:proofErr w:type="spellEnd"/>
      <w:r w:rsidRPr="00C7345E">
        <w:rPr>
          <w:sz w:val="24"/>
          <w:szCs w:val="24"/>
          <w:rtl/>
        </w:rPr>
        <w:t xml:space="preserve">, </w:t>
      </w:r>
      <w:proofErr w:type="spellStart"/>
      <w:r w:rsidRPr="00C7345E">
        <w:rPr>
          <w:sz w:val="24"/>
          <w:szCs w:val="24"/>
          <w:rtl/>
        </w:rPr>
        <w:t>בהתאם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לדין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ולנוהלי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המכרז</w:t>
      </w:r>
      <w:proofErr w:type="spellEnd"/>
      <w:r w:rsidRPr="00C7345E">
        <w:rPr>
          <w:sz w:val="24"/>
          <w:szCs w:val="24"/>
          <w:rtl/>
        </w:rPr>
        <w:t>.</w:t>
      </w:r>
    </w:p>
    <w:p w14:paraId="5D4D7A03" w14:textId="77777777" w:rsidR="00C7345E" w:rsidRPr="00C7345E" w:rsidRDefault="00C7345E" w:rsidP="00C7345E">
      <w:pPr>
        <w:bidi/>
        <w:rPr>
          <w:sz w:val="24"/>
          <w:szCs w:val="24"/>
          <w:lang w:bidi="he-IL"/>
        </w:rPr>
      </w:pPr>
    </w:p>
    <w:p w14:paraId="65E0035A" w14:textId="5DED7DB8" w:rsidR="00C7345E" w:rsidRPr="00C7345E" w:rsidRDefault="00000000" w:rsidP="00B15B1E">
      <w:pPr>
        <w:bidi/>
        <w:rPr>
          <w:sz w:val="24"/>
          <w:szCs w:val="24"/>
          <w:rtl/>
          <w:lang w:bidi="he-IL"/>
        </w:rPr>
      </w:pPr>
      <w:proofErr w:type="spellStart"/>
      <w:r w:rsidRPr="00C7345E">
        <w:rPr>
          <w:sz w:val="24"/>
          <w:szCs w:val="24"/>
          <w:rtl/>
        </w:rPr>
        <w:t>שם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מלא</w:t>
      </w:r>
      <w:proofErr w:type="spellEnd"/>
      <w:r w:rsidRPr="00C7345E">
        <w:rPr>
          <w:sz w:val="24"/>
          <w:szCs w:val="24"/>
          <w:rtl/>
        </w:rPr>
        <w:t xml:space="preserve">: __________________   </w:t>
      </w:r>
      <w:proofErr w:type="spellStart"/>
      <w:r w:rsidRPr="00C7345E">
        <w:rPr>
          <w:sz w:val="24"/>
          <w:szCs w:val="24"/>
          <w:rtl/>
        </w:rPr>
        <w:t>תאריך</w:t>
      </w:r>
      <w:proofErr w:type="spellEnd"/>
      <w:r w:rsidRPr="00C7345E">
        <w:rPr>
          <w:sz w:val="24"/>
          <w:szCs w:val="24"/>
          <w:rtl/>
        </w:rPr>
        <w:t xml:space="preserve">: ___________________   </w:t>
      </w:r>
    </w:p>
    <w:p w14:paraId="1AB3726E" w14:textId="004EB0C4" w:rsidR="0017416B" w:rsidRPr="00C7345E" w:rsidRDefault="00000000" w:rsidP="00C7345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חתימה</w:t>
      </w:r>
      <w:proofErr w:type="spellEnd"/>
      <w:r w:rsidRPr="00C7345E">
        <w:rPr>
          <w:sz w:val="24"/>
          <w:szCs w:val="24"/>
          <w:rtl/>
        </w:rPr>
        <w:t>: ___________________</w:t>
      </w:r>
    </w:p>
    <w:p w14:paraId="3E26840E" w14:textId="77777777" w:rsidR="00C7345E" w:rsidRDefault="00C7345E" w:rsidP="00B15B1E">
      <w:pPr>
        <w:bidi/>
        <w:rPr>
          <w:sz w:val="24"/>
          <w:szCs w:val="24"/>
          <w:rtl/>
          <w:lang w:bidi="he-IL"/>
        </w:rPr>
      </w:pPr>
    </w:p>
    <w:p w14:paraId="0B45216E" w14:textId="77777777" w:rsidR="00AF1C34" w:rsidRPr="00C7345E" w:rsidRDefault="00AF1C34" w:rsidP="00AF1C34">
      <w:pPr>
        <w:bidi/>
        <w:rPr>
          <w:sz w:val="24"/>
          <w:szCs w:val="24"/>
          <w:rtl/>
          <w:lang w:bidi="he-IL"/>
        </w:rPr>
      </w:pPr>
    </w:p>
    <w:p w14:paraId="7139B635" w14:textId="078616D4" w:rsidR="0017416B" w:rsidRPr="00C7345E" w:rsidRDefault="00000000" w:rsidP="00C7345E">
      <w:pPr>
        <w:bidi/>
        <w:rPr>
          <w:sz w:val="24"/>
          <w:szCs w:val="24"/>
        </w:rPr>
      </w:pPr>
      <w:proofErr w:type="spellStart"/>
      <w:r w:rsidRPr="00C7345E">
        <w:rPr>
          <w:sz w:val="24"/>
          <w:szCs w:val="24"/>
          <w:rtl/>
        </w:rPr>
        <w:t>יש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לצרף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קורות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חיים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מעודכנים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ותעודות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השכלה</w:t>
      </w:r>
      <w:proofErr w:type="spellEnd"/>
      <w:r w:rsidRPr="00C7345E">
        <w:rPr>
          <w:sz w:val="24"/>
          <w:szCs w:val="24"/>
          <w:rtl/>
        </w:rPr>
        <w:t xml:space="preserve">; </w:t>
      </w:r>
      <w:proofErr w:type="spellStart"/>
      <w:r w:rsidRPr="00C7345E">
        <w:rPr>
          <w:sz w:val="24"/>
          <w:szCs w:val="24"/>
          <w:rtl/>
        </w:rPr>
        <w:t>אישורים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תעסוקתיים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נוספים</w:t>
      </w:r>
      <w:proofErr w:type="spellEnd"/>
      <w:r w:rsidRPr="00C7345E">
        <w:rPr>
          <w:sz w:val="24"/>
          <w:szCs w:val="24"/>
          <w:rtl/>
        </w:rPr>
        <w:t xml:space="preserve"> – </w:t>
      </w:r>
      <w:proofErr w:type="spellStart"/>
      <w:r w:rsidRPr="00C7345E">
        <w:rPr>
          <w:sz w:val="24"/>
          <w:szCs w:val="24"/>
          <w:rtl/>
        </w:rPr>
        <w:t>ככל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שיידרשו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בהמשך</w:t>
      </w:r>
      <w:proofErr w:type="spellEnd"/>
      <w:r w:rsidRPr="00C7345E">
        <w:rPr>
          <w:sz w:val="24"/>
          <w:szCs w:val="24"/>
          <w:rtl/>
        </w:rPr>
        <w:t xml:space="preserve"> </w:t>
      </w:r>
      <w:proofErr w:type="spellStart"/>
      <w:r w:rsidRPr="00C7345E">
        <w:rPr>
          <w:sz w:val="24"/>
          <w:szCs w:val="24"/>
          <w:rtl/>
        </w:rPr>
        <w:t>ההליך</w:t>
      </w:r>
      <w:proofErr w:type="spellEnd"/>
      <w:r w:rsidRPr="00C7345E">
        <w:rPr>
          <w:sz w:val="24"/>
          <w:szCs w:val="24"/>
          <w:rtl/>
        </w:rPr>
        <w:t>.</w:t>
      </w:r>
    </w:p>
    <w:p w14:paraId="23C7056F" w14:textId="77777777" w:rsidR="00445D70" w:rsidRDefault="00445D70" w:rsidP="00B15B1E">
      <w:pPr>
        <w:bidi/>
        <w:rPr>
          <w:bCs/>
          <w:sz w:val="24"/>
          <w:szCs w:val="24"/>
          <w:rtl/>
          <w:lang w:bidi="he-IL"/>
        </w:rPr>
      </w:pPr>
    </w:p>
    <w:p w14:paraId="4E0FFDB3" w14:textId="048DE463" w:rsidR="0017416B" w:rsidRDefault="00000000" w:rsidP="00445D70">
      <w:pPr>
        <w:bidi/>
        <w:rPr>
          <w:bCs/>
          <w:sz w:val="24"/>
          <w:szCs w:val="24"/>
          <w:rtl/>
          <w:lang w:bidi="he-IL"/>
        </w:rPr>
      </w:pPr>
      <w:proofErr w:type="spellStart"/>
      <w:r w:rsidRPr="00C7345E">
        <w:rPr>
          <w:bCs/>
          <w:sz w:val="24"/>
          <w:szCs w:val="24"/>
          <w:rtl/>
        </w:rPr>
        <w:t>הגשה</w:t>
      </w:r>
      <w:proofErr w:type="spellEnd"/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בדוא״ל</w:t>
      </w:r>
      <w:proofErr w:type="spellEnd"/>
      <w:r w:rsidRPr="00C7345E">
        <w:rPr>
          <w:bCs/>
          <w:sz w:val="24"/>
          <w:szCs w:val="24"/>
          <w:rtl/>
        </w:rPr>
        <w:t xml:space="preserve">: muzavpmarketing@hever.co.il | </w:t>
      </w:r>
      <w:proofErr w:type="spellStart"/>
      <w:r w:rsidRPr="00C7345E">
        <w:rPr>
          <w:bCs/>
          <w:sz w:val="24"/>
          <w:szCs w:val="24"/>
          <w:rtl/>
        </w:rPr>
        <w:t>מועד</w:t>
      </w:r>
      <w:proofErr w:type="spellEnd"/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אחרון</w:t>
      </w:r>
      <w:proofErr w:type="spellEnd"/>
      <w:r w:rsidRPr="00C7345E">
        <w:rPr>
          <w:bCs/>
          <w:sz w:val="24"/>
          <w:szCs w:val="24"/>
          <w:rtl/>
        </w:rPr>
        <w:t xml:space="preserve">: </w:t>
      </w:r>
      <w:r w:rsidR="00AF0590">
        <w:rPr>
          <w:rFonts w:hint="cs"/>
          <w:bCs/>
          <w:sz w:val="24"/>
          <w:szCs w:val="24"/>
          <w:rtl/>
          <w:lang w:bidi="he-IL"/>
        </w:rPr>
        <w:t>22.11.2026</w:t>
      </w:r>
      <w:r w:rsidRPr="00C7345E">
        <w:rPr>
          <w:bCs/>
          <w:sz w:val="24"/>
          <w:szCs w:val="24"/>
          <w:rtl/>
        </w:rPr>
        <w:t xml:space="preserve"> </w:t>
      </w:r>
      <w:proofErr w:type="spellStart"/>
      <w:r w:rsidRPr="00C7345E">
        <w:rPr>
          <w:bCs/>
          <w:sz w:val="24"/>
          <w:szCs w:val="24"/>
          <w:rtl/>
        </w:rPr>
        <w:t>בשעה</w:t>
      </w:r>
      <w:proofErr w:type="spellEnd"/>
      <w:r w:rsidRPr="00C7345E">
        <w:rPr>
          <w:bCs/>
          <w:sz w:val="24"/>
          <w:szCs w:val="24"/>
          <w:rtl/>
        </w:rPr>
        <w:t xml:space="preserve"> 16:00</w:t>
      </w:r>
    </w:p>
    <w:p w14:paraId="06463AB2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5CB81F32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56F958BC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1AA93336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72ACC16F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6C230608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45B0F867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0D10203B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2F51CC9A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070B05EF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14FE78C5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1EE67430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5CE45BFC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6B73B1AB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070601B3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0A1B2349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0B2C0E49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32E55D70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0A3CC562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6547272C" w14:textId="77777777" w:rsidR="00346356" w:rsidRDefault="00346356" w:rsidP="00346356">
      <w:pPr>
        <w:bidi/>
        <w:rPr>
          <w:bCs/>
          <w:sz w:val="24"/>
          <w:szCs w:val="24"/>
          <w:rtl/>
          <w:lang w:bidi="he-IL"/>
        </w:rPr>
      </w:pPr>
    </w:p>
    <w:p w14:paraId="7A717366" w14:textId="77777777" w:rsidR="00346356" w:rsidRPr="00346356" w:rsidRDefault="00346356" w:rsidP="00346356">
      <w:pPr>
        <w:bidi/>
        <w:jc w:val="center"/>
        <w:rPr>
          <w:bCs/>
          <w:sz w:val="24"/>
          <w:szCs w:val="24"/>
          <w:rtl/>
          <w:lang w:bidi="he-IL"/>
        </w:rPr>
      </w:pPr>
    </w:p>
    <w:p w14:paraId="37069242" w14:textId="77777777" w:rsidR="00346356" w:rsidRPr="00346356" w:rsidRDefault="00346356" w:rsidP="00346356">
      <w:pPr>
        <w:bidi/>
        <w:ind w:left="360"/>
        <w:jc w:val="center"/>
        <w:rPr>
          <w:b/>
          <w:bCs/>
          <w:color w:val="FF0000"/>
          <w:sz w:val="24"/>
          <w:szCs w:val="24"/>
        </w:rPr>
      </w:pP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לעיונך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שוב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תיאור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,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אחריות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ודרישות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התפקיד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>.</w:t>
      </w:r>
    </w:p>
    <w:p w14:paraId="1225BADB" w14:textId="77777777" w:rsidR="00346356" w:rsidRPr="00346356" w:rsidRDefault="00346356" w:rsidP="00346356">
      <w:pPr>
        <w:bidi/>
        <w:ind w:left="360"/>
        <w:jc w:val="center"/>
        <w:rPr>
          <w:b/>
          <w:bCs/>
          <w:color w:val="FF0000"/>
          <w:sz w:val="24"/>
          <w:szCs w:val="24"/>
          <w:rtl/>
          <w:lang w:bidi="he-IL"/>
        </w:rPr>
      </w:pP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בהצלחה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ותודה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על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שיתוף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FF0000"/>
          <w:sz w:val="24"/>
          <w:szCs w:val="24"/>
          <w:rtl/>
        </w:rPr>
        <w:t>הפעולה</w:t>
      </w:r>
      <w:proofErr w:type="spellEnd"/>
      <w:r w:rsidRPr="00346356">
        <w:rPr>
          <w:rFonts w:hint="cs"/>
          <w:b/>
          <w:bCs/>
          <w:color w:val="FF0000"/>
          <w:sz w:val="24"/>
          <w:szCs w:val="24"/>
          <w:rtl/>
        </w:rPr>
        <w:t>!</w:t>
      </w:r>
    </w:p>
    <w:p w14:paraId="64E09E03" w14:textId="77777777" w:rsidR="00346356" w:rsidRPr="00346356" w:rsidRDefault="00346356" w:rsidP="00346356">
      <w:pPr>
        <w:bidi/>
        <w:ind w:left="360"/>
        <w:jc w:val="center"/>
        <w:rPr>
          <w:b/>
          <w:bCs/>
          <w:color w:val="FF0000"/>
          <w:sz w:val="24"/>
          <w:szCs w:val="24"/>
          <w:rtl/>
          <w:lang w:bidi="he-IL"/>
        </w:rPr>
      </w:pPr>
    </w:p>
    <w:p w14:paraId="43A7164F" w14:textId="77777777" w:rsidR="00346356" w:rsidRPr="00346356" w:rsidRDefault="00346356" w:rsidP="00346356">
      <w:pPr>
        <w:bidi/>
        <w:jc w:val="center"/>
        <w:rPr>
          <w:b/>
          <w:bCs/>
          <w:sz w:val="24"/>
          <w:szCs w:val="24"/>
        </w:rPr>
      </w:pPr>
      <w:r w:rsidRPr="00346356">
        <w:rPr>
          <w:b/>
          <w:bCs/>
          <w:sz w:val="24"/>
          <w:szCs w:val="24"/>
          <w:rtl/>
        </w:rPr>
        <w:t xml:space="preserve">מוזיאון </w:t>
      </w:r>
      <w:proofErr w:type="spellStart"/>
      <w:r w:rsidRPr="00346356">
        <w:rPr>
          <w:b/>
          <w:bCs/>
          <w:sz w:val="24"/>
          <w:szCs w:val="24"/>
          <w:rtl/>
        </w:rPr>
        <w:t>ארץ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ישראל</w:t>
      </w:r>
      <w:proofErr w:type="spellEnd"/>
      <w:r w:rsidRPr="00346356">
        <w:rPr>
          <w:b/>
          <w:bCs/>
          <w:sz w:val="24"/>
          <w:szCs w:val="24"/>
          <w:rtl/>
        </w:rPr>
        <w:t xml:space="preserve"> – </w:t>
      </w:r>
      <w:proofErr w:type="spellStart"/>
      <w:r w:rsidRPr="00346356">
        <w:rPr>
          <w:b/>
          <w:bCs/>
          <w:sz w:val="24"/>
          <w:szCs w:val="24"/>
          <w:rtl/>
        </w:rPr>
        <w:t>תל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אביב</w:t>
      </w:r>
      <w:proofErr w:type="spellEnd"/>
      <w:r w:rsidRPr="00346356">
        <w:rPr>
          <w:b/>
          <w:bCs/>
          <w:sz w:val="24"/>
          <w:szCs w:val="24"/>
          <w:rtl/>
        </w:rPr>
        <w:t xml:space="preserve"> | </w:t>
      </w:r>
      <w:proofErr w:type="spellStart"/>
      <w:r w:rsidRPr="00346356">
        <w:rPr>
          <w:b/>
          <w:bCs/>
          <w:sz w:val="24"/>
          <w:szCs w:val="24"/>
          <w:rtl/>
        </w:rPr>
        <w:t>מוז״א</w:t>
      </w:r>
      <w:proofErr w:type="spellEnd"/>
    </w:p>
    <w:p w14:paraId="7C0FA851" w14:textId="7BF4E7D1" w:rsidR="00346356" w:rsidRDefault="00346356" w:rsidP="00346356">
      <w:pPr>
        <w:bidi/>
        <w:jc w:val="center"/>
        <w:rPr>
          <w:b/>
          <w:bCs/>
          <w:sz w:val="24"/>
          <w:szCs w:val="24"/>
          <w:rtl/>
          <w:lang w:bidi="he-IL"/>
        </w:rPr>
      </w:pPr>
      <w:proofErr w:type="spellStart"/>
      <w:r w:rsidRPr="00346356">
        <w:rPr>
          <w:b/>
          <w:bCs/>
          <w:sz w:val="24"/>
          <w:szCs w:val="24"/>
          <w:rtl/>
        </w:rPr>
        <w:t>דרוש</w:t>
      </w:r>
      <w:proofErr w:type="spellEnd"/>
      <w:r w:rsidRPr="00346356">
        <w:rPr>
          <w:b/>
          <w:bCs/>
          <w:sz w:val="24"/>
          <w:szCs w:val="24"/>
          <w:rtl/>
        </w:rPr>
        <w:t>/ה</w:t>
      </w:r>
      <w:r>
        <w:rPr>
          <w:rFonts w:hint="cs"/>
          <w:b/>
          <w:bCs/>
          <w:sz w:val="24"/>
          <w:szCs w:val="24"/>
          <w:rtl/>
          <w:lang w:bidi="he-IL"/>
        </w:rPr>
        <w:t>:</w:t>
      </w:r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סמנכ״ל</w:t>
      </w:r>
      <w:proofErr w:type="spellEnd"/>
      <w:r w:rsidRPr="00346356">
        <w:rPr>
          <w:b/>
          <w:bCs/>
          <w:sz w:val="24"/>
          <w:szCs w:val="24"/>
          <w:rtl/>
        </w:rPr>
        <w:t>/</w:t>
      </w:r>
      <w:proofErr w:type="spellStart"/>
      <w:r w:rsidRPr="00346356">
        <w:rPr>
          <w:b/>
          <w:bCs/>
          <w:sz w:val="24"/>
          <w:szCs w:val="24"/>
          <w:rtl/>
        </w:rPr>
        <w:t>ית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שיווק</w:t>
      </w:r>
      <w:proofErr w:type="spellEnd"/>
      <w:r w:rsidRPr="00346356">
        <w:rPr>
          <w:b/>
          <w:bCs/>
          <w:sz w:val="24"/>
          <w:szCs w:val="24"/>
          <w:rtl/>
        </w:rPr>
        <w:t xml:space="preserve">, </w:t>
      </w:r>
      <w:proofErr w:type="spellStart"/>
      <w:r w:rsidRPr="00346356">
        <w:rPr>
          <w:b/>
          <w:bCs/>
          <w:sz w:val="24"/>
          <w:szCs w:val="24"/>
          <w:rtl/>
        </w:rPr>
        <w:t>קהלים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ומסחר</w:t>
      </w:r>
      <w:proofErr w:type="spellEnd"/>
    </w:p>
    <w:p w14:paraId="7D352C64" w14:textId="77777777" w:rsidR="00346356" w:rsidRPr="00346356" w:rsidRDefault="00346356" w:rsidP="00346356">
      <w:pPr>
        <w:bidi/>
        <w:jc w:val="center"/>
        <w:rPr>
          <w:b/>
          <w:bCs/>
          <w:sz w:val="24"/>
          <w:szCs w:val="24"/>
          <w:lang w:bidi="he-IL"/>
        </w:rPr>
      </w:pPr>
    </w:p>
    <w:p w14:paraId="7FB92089" w14:textId="77777777" w:rsidR="00346356" w:rsidRPr="00346356" w:rsidRDefault="00346356" w:rsidP="00346356">
      <w:pPr>
        <w:bidi/>
        <w:jc w:val="center"/>
        <w:rPr>
          <w:sz w:val="24"/>
          <w:szCs w:val="24"/>
        </w:rPr>
      </w:pPr>
      <w:proofErr w:type="spellStart"/>
      <w:r w:rsidRPr="00346356">
        <w:rPr>
          <w:b/>
          <w:bCs/>
          <w:sz w:val="24"/>
          <w:szCs w:val="24"/>
          <w:rtl/>
        </w:rPr>
        <w:t>הזדמנות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להשתלב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בהנהלת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אחד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ממוסדות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התרבות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המובילים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בישראל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ולהוביל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את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אסטרטגיית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השיווק</w:t>
      </w:r>
      <w:proofErr w:type="spellEnd"/>
      <w:r w:rsidRPr="00346356">
        <w:rPr>
          <w:b/>
          <w:bCs/>
          <w:sz w:val="24"/>
          <w:szCs w:val="24"/>
          <w:rtl/>
        </w:rPr>
        <w:t xml:space="preserve">, </w:t>
      </w:r>
      <w:proofErr w:type="spellStart"/>
      <w:r w:rsidRPr="00346356">
        <w:rPr>
          <w:b/>
          <w:bCs/>
          <w:sz w:val="24"/>
          <w:szCs w:val="24"/>
          <w:rtl/>
        </w:rPr>
        <w:t>המיתוג</w:t>
      </w:r>
      <w:proofErr w:type="spellEnd"/>
      <w:r w:rsidRPr="00346356">
        <w:rPr>
          <w:b/>
          <w:bCs/>
          <w:sz w:val="24"/>
          <w:szCs w:val="24"/>
          <w:rtl/>
        </w:rPr>
        <w:t xml:space="preserve">, </w:t>
      </w:r>
      <w:proofErr w:type="spellStart"/>
      <w:r w:rsidRPr="00346356">
        <w:rPr>
          <w:b/>
          <w:bCs/>
          <w:sz w:val="24"/>
          <w:szCs w:val="24"/>
          <w:rtl/>
        </w:rPr>
        <w:t>פיתוח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הקהלים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והצמיחה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בהכנסות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המוזיאון</w:t>
      </w:r>
      <w:proofErr w:type="spellEnd"/>
      <w:r w:rsidRPr="00346356">
        <w:rPr>
          <w:b/>
          <w:bCs/>
          <w:sz w:val="24"/>
          <w:szCs w:val="24"/>
        </w:rPr>
        <w:t>.</w:t>
      </w:r>
    </w:p>
    <w:p w14:paraId="7C22245F" w14:textId="77777777" w:rsidR="00346356" w:rsidRPr="00346356" w:rsidRDefault="00346356" w:rsidP="00346356">
      <w:pPr>
        <w:bidi/>
        <w:jc w:val="center"/>
        <w:rPr>
          <w:sz w:val="24"/>
          <w:szCs w:val="24"/>
          <w:rtl/>
        </w:rPr>
      </w:pPr>
      <w:proofErr w:type="spellStart"/>
      <w:r w:rsidRPr="00346356">
        <w:rPr>
          <w:sz w:val="24"/>
          <w:szCs w:val="24"/>
          <w:rtl/>
        </w:rPr>
        <w:t>מדובר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בתפקיד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הנהלה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בכיר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בכפיפות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ישירה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למנכ״ל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המוזיאון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ובחברות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בהנהלתו</w:t>
      </w:r>
      <w:proofErr w:type="spellEnd"/>
      <w:r w:rsidRPr="00346356">
        <w:rPr>
          <w:sz w:val="24"/>
          <w:szCs w:val="24"/>
        </w:rPr>
        <w:t>.</w:t>
      </w:r>
    </w:p>
    <w:p w14:paraId="44DA5369" w14:textId="77777777" w:rsidR="00346356" w:rsidRPr="00346356" w:rsidRDefault="00346356" w:rsidP="00346356">
      <w:pPr>
        <w:bidi/>
        <w:jc w:val="center"/>
        <w:rPr>
          <w:sz w:val="24"/>
          <w:szCs w:val="24"/>
        </w:rPr>
      </w:pPr>
    </w:p>
    <w:p w14:paraId="06BEC993" w14:textId="77777777" w:rsidR="00346356" w:rsidRPr="00346356" w:rsidRDefault="00346356" w:rsidP="00346356">
      <w:pPr>
        <w:bidi/>
        <w:rPr>
          <w:b/>
          <w:bCs/>
          <w:sz w:val="24"/>
          <w:szCs w:val="24"/>
        </w:rPr>
      </w:pPr>
      <w:proofErr w:type="spellStart"/>
      <w:r w:rsidRPr="00346356">
        <w:rPr>
          <w:b/>
          <w:bCs/>
          <w:sz w:val="24"/>
          <w:szCs w:val="24"/>
          <w:rtl/>
        </w:rPr>
        <w:t>תחומי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אחריות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מרכזיים</w:t>
      </w:r>
      <w:proofErr w:type="spellEnd"/>
    </w:p>
    <w:p w14:paraId="6047CB7E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גיבוש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והובלת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אסטרטגיית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השיווק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המיתוג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והמיצוב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המוזיאון</w:t>
      </w:r>
      <w:proofErr w:type="spellEnd"/>
      <w:r w:rsidRPr="00346356">
        <w:rPr>
          <w:sz w:val="24"/>
          <w:szCs w:val="24"/>
        </w:rPr>
        <w:t>.</w:t>
      </w:r>
    </w:p>
    <w:p w14:paraId="3D56785D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פיתוח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והרחבת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קהלים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הגדלת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מספר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המבקרים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והעמקת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חוויית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המבקר</w:t>
      </w:r>
      <w:proofErr w:type="spellEnd"/>
      <w:r w:rsidRPr="00346356">
        <w:rPr>
          <w:sz w:val="24"/>
          <w:szCs w:val="24"/>
        </w:rPr>
        <w:t>.</w:t>
      </w:r>
    </w:p>
    <w:p w14:paraId="39546E96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אחריות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על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מערכי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הפרסום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הדיגיטל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התוכן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הדוברות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ויחסי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הציבור</w:t>
      </w:r>
      <w:proofErr w:type="spellEnd"/>
      <w:r w:rsidRPr="00346356">
        <w:rPr>
          <w:sz w:val="24"/>
          <w:szCs w:val="24"/>
        </w:rPr>
        <w:t>.</w:t>
      </w:r>
    </w:p>
    <w:p w14:paraId="7723526C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הובלת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מערך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המכירות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והמסחר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והגדלת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ההכנסות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העצמיות</w:t>
      </w:r>
      <w:proofErr w:type="spellEnd"/>
      <w:r w:rsidRPr="00346356">
        <w:rPr>
          <w:sz w:val="24"/>
          <w:szCs w:val="24"/>
        </w:rPr>
        <w:t>.</w:t>
      </w:r>
    </w:p>
    <w:p w14:paraId="211DE296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ניהול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תקציבים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משמעותיים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מדידת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אפקטיביות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והובלת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צוותי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ניהול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ועובדים</w:t>
      </w:r>
      <w:proofErr w:type="spellEnd"/>
      <w:r w:rsidRPr="00346356">
        <w:rPr>
          <w:sz w:val="24"/>
          <w:szCs w:val="24"/>
        </w:rPr>
        <w:t>.</w:t>
      </w:r>
    </w:p>
    <w:p w14:paraId="128A56F5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פיתוח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שיתופי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פעולה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אסטרטגיים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מסחריים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ותקשורתיים</w:t>
      </w:r>
      <w:proofErr w:type="spellEnd"/>
      <w:r w:rsidRPr="00346356">
        <w:rPr>
          <w:sz w:val="24"/>
          <w:szCs w:val="24"/>
        </w:rPr>
        <w:t>.</w:t>
      </w:r>
    </w:p>
    <w:p w14:paraId="6036ACE6" w14:textId="77777777" w:rsidR="00346356" w:rsidRPr="00346356" w:rsidRDefault="00346356" w:rsidP="00346356">
      <w:pPr>
        <w:numPr>
          <w:ilvl w:val="0"/>
          <w:numId w:val="11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rFonts w:hint="cs"/>
          <w:sz w:val="24"/>
          <w:szCs w:val="24"/>
          <w:rtl/>
        </w:rPr>
        <w:t>ניהול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צוות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עובדים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ועבודה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עם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ספקים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חיצוניים</w:t>
      </w:r>
      <w:proofErr w:type="spellEnd"/>
      <w:r w:rsidRPr="00346356">
        <w:rPr>
          <w:rFonts w:hint="cs"/>
          <w:sz w:val="24"/>
          <w:szCs w:val="24"/>
          <w:rtl/>
        </w:rPr>
        <w:t>.</w:t>
      </w:r>
    </w:p>
    <w:p w14:paraId="0AC9DA1E" w14:textId="77777777" w:rsidR="00346356" w:rsidRDefault="00346356" w:rsidP="00346356">
      <w:pPr>
        <w:bidi/>
        <w:rPr>
          <w:b/>
          <w:bCs/>
          <w:sz w:val="24"/>
          <w:szCs w:val="24"/>
          <w:rtl/>
          <w:lang w:bidi="he-IL"/>
        </w:rPr>
      </w:pPr>
    </w:p>
    <w:p w14:paraId="2FE34923" w14:textId="77777777" w:rsidR="00346356" w:rsidRDefault="00346356" w:rsidP="00346356">
      <w:pPr>
        <w:bidi/>
        <w:rPr>
          <w:b/>
          <w:bCs/>
          <w:sz w:val="24"/>
          <w:szCs w:val="24"/>
          <w:rtl/>
          <w:lang w:bidi="he-IL"/>
        </w:rPr>
      </w:pPr>
    </w:p>
    <w:p w14:paraId="2C93E0BA" w14:textId="14BCF3D7" w:rsidR="00346356" w:rsidRPr="00346356" w:rsidRDefault="00346356" w:rsidP="00346356">
      <w:pPr>
        <w:bidi/>
        <w:rPr>
          <w:b/>
          <w:bCs/>
          <w:sz w:val="24"/>
          <w:szCs w:val="24"/>
        </w:rPr>
      </w:pPr>
      <w:proofErr w:type="spellStart"/>
      <w:r w:rsidRPr="00346356">
        <w:rPr>
          <w:b/>
          <w:bCs/>
          <w:sz w:val="24"/>
          <w:szCs w:val="24"/>
          <w:rtl/>
        </w:rPr>
        <w:t>תנאי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סף</w:t>
      </w:r>
      <w:proofErr w:type="spellEnd"/>
    </w:p>
    <w:p w14:paraId="40210BFF" w14:textId="77777777" w:rsidR="00346356" w:rsidRPr="00346356" w:rsidRDefault="00346356" w:rsidP="00346356">
      <w:pPr>
        <w:numPr>
          <w:ilvl w:val="0"/>
          <w:numId w:val="12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תואר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ראשון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לפחות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ממוסד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אקדמי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מוכר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להשכלה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גבוהה</w:t>
      </w:r>
      <w:proofErr w:type="spellEnd"/>
    </w:p>
    <w:p w14:paraId="060A7362" w14:textId="1DC146C2" w:rsidR="00AF0590" w:rsidRPr="00AF0590" w:rsidRDefault="00AF0590" w:rsidP="00AF0590">
      <w:pPr>
        <w:numPr>
          <w:ilvl w:val="0"/>
          <w:numId w:val="12"/>
        </w:numPr>
        <w:bidi/>
        <w:spacing w:after="160" w:line="278" w:lineRule="auto"/>
        <w:rPr>
          <w:sz w:val="24"/>
          <w:szCs w:val="24"/>
        </w:rPr>
      </w:pPr>
      <w:proofErr w:type="spellStart"/>
      <w:r w:rsidRPr="00AF0590">
        <w:rPr>
          <w:sz w:val="24"/>
          <w:szCs w:val="24"/>
          <w:rtl/>
        </w:rPr>
        <w:t>ניסיון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של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לפחות</w:t>
      </w:r>
      <w:proofErr w:type="spellEnd"/>
      <w:r w:rsidRPr="00AF0590">
        <w:rPr>
          <w:sz w:val="24"/>
          <w:szCs w:val="24"/>
          <w:rtl/>
        </w:rPr>
        <w:t xml:space="preserve"> 5 </w:t>
      </w:r>
      <w:proofErr w:type="spellStart"/>
      <w:r w:rsidRPr="00AF0590">
        <w:rPr>
          <w:sz w:val="24"/>
          <w:szCs w:val="24"/>
          <w:rtl/>
        </w:rPr>
        <w:t>שנים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בתפקיד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ניהולי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בכיר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באחד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או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יותר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מהתחומים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הבאים</w:t>
      </w:r>
      <w:proofErr w:type="spellEnd"/>
      <w:r w:rsidRPr="00AF0590">
        <w:rPr>
          <w:sz w:val="24"/>
          <w:szCs w:val="24"/>
          <w:rtl/>
        </w:rPr>
        <w:t xml:space="preserve">: </w:t>
      </w:r>
      <w:proofErr w:type="spellStart"/>
      <w:r w:rsidRPr="00AF0590">
        <w:rPr>
          <w:sz w:val="24"/>
          <w:szCs w:val="24"/>
          <w:rtl/>
        </w:rPr>
        <w:t>שיווק</w:t>
      </w:r>
      <w:proofErr w:type="spellEnd"/>
      <w:r w:rsidRPr="00AF0590">
        <w:rPr>
          <w:sz w:val="24"/>
          <w:szCs w:val="24"/>
          <w:rtl/>
        </w:rPr>
        <w:t xml:space="preserve">, </w:t>
      </w:r>
      <w:proofErr w:type="spellStart"/>
      <w:r w:rsidRPr="00AF0590">
        <w:rPr>
          <w:sz w:val="24"/>
          <w:szCs w:val="24"/>
          <w:rtl/>
        </w:rPr>
        <w:t>תקשורת</w:t>
      </w:r>
      <w:proofErr w:type="spellEnd"/>
      <w:r w:rsidRPr="00AF0590">
        <w:rPr>
          <w:sz w:val="24"/>
          <w:szCs w:val="24"/>
          <w:rtl/>
        </w:rPr>
        <w:t xml:space="preserve">, </w:t>
      </w:r>
      <w:proofErr w:type="spellStart"/>
      <w:r w:rsidRPr="00AF0590">
        <w:rPr>
          <w:sz w:val="24"/>
          <w:szCs w:val="24"/>
          <w:rtl/>
        </w:rPr>
        <w:t>דוברות</w:t>
      </w:r>
      <w:proofErr w:type="spellEnd"/>
      <w:r w:rsidRPr="00AF0590">
        <w:rPr>
          <w:sz w:val="24"/>
          <w:szCs w:val="24"/>
          <w:rtl/>
        </w:rPr>
        <w:t xml:space="preserve">, </w:t>
      </w:r>
      <w:proofErr w:type="spellStart"/>
      <w:r w:rsidRPr="00AF0590">
        <w:rPr>
          <w:sz w:val="24"/>
          <w:szCs w:val="24"/>
          <w:rtl/>
        </w:rPr>
        <w:t>פרסום</w:t>
      </w:r>
      <w:proofErr w:type="spellEnd"/>
      <w:r w:rsidRPr="00AF0590">
        <w:rPr>
          <w:sz w:val="24"/>
          <w:szCs w:val="24"/>
          <w:rtl/>
        </w:rPr>
        <w:t xml:space="preserve">, </w:t>
      </w:r>
      <w:proofErr w:type="spellStart"/>
      <w:r w:rsidRPr="00AF0590">
        <w:rPr>
          <w:sz w:val="24"/>
          <w:szCs w:val="24"/>
          <w:rtl/>
        </w:rPr>
        <w:t>מכירות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והפצה</w:t>
      </w:r>
      <w:proofErr w:type="spellEnd"/>
      <w:r w:rsidRPr="00AF0590">
        <w:rPr>
          <w:sz w:val="24"/>
          <w:szCs w:val="24"/>
          <w:rtl/>
        </w:rPr>
        <w:t xml:space="preserve">, </w:t>
      </w:r>
      <w:proofErr w:type="spellStart"/>
      <w:r w:rsidRPr="00AF0590">
        <w:rPr>
          <w:sz w:val="24"/>
          <w:szCs w:val="24"/>
          <w:rtl/>
        </w:rPr>
        <w:t>מתוכן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לפחות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שנתיים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רצופות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באותו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תפקיד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ובאותו</w:t>
      </w:r>
      <w:proofErr w:type="spellEnd"/>
      <w:r w:rsidRPr="00AF0590">
        <w:rPr>
          <w:sz w:val="24"/>
          <w:szCs w:val="24"/>
          <w:rtl/>
        </w:rPr>
        <w:t xml:space="preserve"> </w:t>
      </w:r>
      <w:proofErr w:type="spellStart"/>
      <w:r w:rsidRPr="00AF0590">
        <w:rPr>
          <w:sz w:val="24"/>
          <w:szCs w:val="24"/>
          <w:rtl/>
        </w:rPr>
        <w:t>ארגון</w:t>
      </w:r>
      <w:proofErr w:type="spellEnd"/>
      <w:r w:rsidRPr="00AF0590">
        <w:rPr>
          <w:sz w:val="24"/>
          <w:szCs w:val="24"/>
        </w:rPr>
        <w:t>.</w:t>
      </w:r>
    </w:p>
    <w:p w14:paraId="06AEFAE4" w14:textId="77777777" w:rsidR="00346356" w:rsidRPr="00346356" w:rsidRDefault="00346356" w:rsidP="00346356">
      <w:pPr>
        <w:numPr>
          <w:ilvl w:val="0"/>
          <w:numId w:val="12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של</w:t>
      </w:r>
      <w:proofErr w:type="spellEnd"/>
      <w:r w:rsidRPr="00346356">
        <w:rPr>
          <w:sz w:val="24"/>
          <w:szCs w:val="24"/>
          <w:rtl/>
        </w:rPr>
        <w:t xml:space="preserve"> </w:t>
      </w:r>
      <w:r w:rsidRPr="00346356">
        <w:rPr>
          <w:rFonts w:hint="cs"/>
          <w:sz w:val="24"/>
          <w:szCs w:val="24"/>
          <w:rtl/>
        </w:rPr>
        <w:t>3</w:t>
      </w:r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שנים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לפחות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בניהול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צוות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עובדים</w:t>
      </w:r>
      <w:proofErr w:type="spellEnd"/>
      <w:r w:rsidRPr="00346356">
        <w:rPr>
          <w:sz w:val="24"/>
          <w:szCs w:val="24"/>
          <w:rtl/>
        </w:rPr>
        <w:t xml:space="preserve"> </w:t>
      </w:r>
    </w:p>
    <w:p w14:paraId="01DBAE5C" w14:textId="77777777" w:rsidR="00346356" w:rsidRPr="00346356" w:rsidRDefault="00346356" w:rsidP="00346356">
      <w:pPr>
        <w:numPr>
          <w:ilvl w:val="0"/>
          <w:numId w:val="12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לפחות</w:t>
      </w:r>
      <w:proofErr w:type="spellEnd"/>
      <w:r w:rsidRPr="00346356">
        <w:rPr>
          <w:sz w:val="24"/>
          <w:szCs w:val="24"/>
          <w:rtl/>
        </w:rPr>
        <w:t xml:space="preserve"> 3 </w:t>
      </w:r>
      <w:proofErr w:type="spellStart"/>
      <w:r w:rsidRPr="00346356">
        <w:rPr>
          <w:sz w:val="24"/>
          <w:szCs w:val="24"/>
          <w:rtl/>
        </w:rPr>
        <w:t>שנים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בעבודה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עם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מערכי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דיגיטל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rFonts w:hint="cs"/>
          <w:sz w:val="24"/>
          <w:szCs w:val="24"/>
          <w:rtl/>
        </w:rPr>
        <w:t>כלים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טכנולוגיים</w:t>
      </w:r>
      <w:proofErr w:type="spellEnd"/>
      <w:r w:rsidRPr="00346356">
        <w:rPr>
          <w:rFonts w:hint="cs"/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אתרי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אינטרנט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וקמפיינים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ממומנים</w:t>
      </w:r>
      <w:proofErr w:type="spellEnd"/>
      <w:r w:rsidRPr="00346356">
        <w:rPr>
          <w:sz w:val="24"/>
          <w:szCs w:val="24"/>
          <w:rtl/>
        </w:rPr>
        <w:t xml:space="preserve"> </w:t>
      </w:r>
    </w:p>
    <w:p w14:paraId="63BCB55E" w14:textId="5190C489" w:rsidR="00346356" w:rsidRPr="00346356" w:rsidRDefault="00346356" w:rsidP="00346356">
      <w:pPr>
        <w:numPr>
          <w:ilvl w:val="0"/>
          <w:numId w:val="12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לפחות</w:t>
      </w:r>
      <w:proofErr w:type="spellEnd"/>
      <w:r w:rsidRPr="00346356">
        <w:rPr>
          <w:sz w:val="24"/>
          <w:szCs w:val="24"/>
          <w:rtl/>
        </w:rPr>
        <w:t xml:space="preserve"> 3 </w:t>
      </w:r>
      <w:proofErr w:type="spellStart"/>
      <w:r w:rsidRPr="00346356">
        <w:rPr>
          <w:sz w:val="24"/>
          <w:szCs w:val="24"/>
          <w:rtl/>
        </w:rPr>
        <w:t>שנים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בניהול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תקציב</w:t>
      </w:r>
      <w:proofErr w:type="spellEnd"/>
      <w:r w:rsidRPr="00346356">
        <w:rPr>
          <w:sz w:val="24"/>
          <w:szCs w:val="24"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של</w:t>
      </w:r>
      <w:proofErr w:type="spellEnd"/>
      <w:r w:rsidRPr="00346356">
        <w:rPr>
          <w:rFonts w:hint="cs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sz w:val="24"/>
          <w:szCs w:val="24"/>
          <w:rtl/>
        </w:rPr>
        <w:t>לפחות</w:t>
      </w:r>
      <w:proofErr w:type="spellEnd"/>
      <w:r w:rsidRPr="00346356">
        <w:rPr>
          <w:rFonts w:hint="cs"/>
          <w:sz w:val="24"/>
          <w:szCs w:val="24"/>
          <w:rtl/>
        </w:rPr>
        <w:t xml:space="preserve"> 3 </w:t>
      </w:r>
      <w:proofErr w:type="spellStart"/>
      <w:r w:rsidRPr="00346356">
        <w:rPr>
          <w:rFonts w:hint="cs"/>
          <w:sz w:val="24"/>
          <w:szCs w:val="24"/>
          <w:rtl/>
        </w:rPr>
        <w:t>מיליון</w:t>
      </w:r>
      <w:proofErr w:type="spellEnd"/>
      <w:r w:rsidRPr="00346356">
        <w:rPr>
          <w:rFonts w:hint="cs"/>
          <w:sz w:val="24"/>
          <w:szCs w:val="24"/>
          <w:rtl/>
        </w:rPr>
        <w:t xml:space="preserve"> ₪ </w:t>
      </w:r>
      <w:proofErr w:type="spellStart"/>
      <w:r w:rsidRPr="00346356">
        <w:rPr>
          <w:rFonts w:hint="cs"/>
          <w:sz w:val="24"/>
          <w:szCs w:val="24"/>
          <w:rtl/>
        </w:rPr>
        <w:t>בשנה</w:t>
      </w:r>
      <w:proofErr w:type="spellEnd"/>
      <w:r w:rsidRPr="00346356">
        <w:rPr>
          <w:sz w:val="24"/>
          <w:szCs w:val="24"/>
          <w:rtl/>
        </w:rPr>
        <w:t xml:space="preserve"> </w:t>
      </w:r>
    </w:p>
    <w:p w14:paraId="5986CEF6" w14:textId="77777777" w:rsidR="00346356" w:rsidRPr="00346356" w:rsidRDefault="00346356" w:rsidP="00346356">
      <w:pPr>
        <w:numPr>
          <w:ilvl w:val="0"/>
          <w:numId w:val="12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אנגלית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ברמה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גבוהה</w:t>
      </w:r>
      <w:proofErr w:type="spellEnd"/>
      <w:r w:rsidRPr="00346356">
        <w:rPr>
          <w:sz w:val="24"/>
          <w:szCs w:val="24"/>
          <w:rtl/>
        </w:rPr>
        <w:t xml:space="preserve"> </w:t>
      </w:r>
    </w:p>
    <w:p w14:paraId="23BE8EDB" w14:textId="77777777" w:rsidR="00346356" w:rsidRDefault="00346356" w:rsidP="00346356">
      <w:pPr>
        <w:bidi/>
        <w:rPr>
          <w:b/>
          <w:bCs/>
          <w:sz w:val="24"/>
          <w:szCs w:val="24"/>
          <w:rtl/>
          <w:lang w:bidi="he-IL"/>
        </w:rPr>
      </w:pPr>
    </w:p>
    <w:p w14:paraId="207F9C35" w14:textId="77777777" w:rsidR="00346356" w:rsidRDefault="00346356" w:rsidP="00346356">
      <w:pPr>
        <w:bidi/>
        <w:rPr>
          <w:b/>
          <w:bCs/>
          <w:sz w:val="24"/>
          <w:szCs w:val="24"/>
          <w:rtl/>
          <w:lang w:bidi="he-IL"/>
        </w:rPr>
      </w:pPr>
    </w:p>
    <w:p w14:paraId="607B3914" w14:textId="77777777" w:rsidR="00346356" w:rsidRDefault="00346356" w:rsidP="00346356">
      <w:pPr>
        <w:bidi/>
        <w:rPr>
          <w:b/>
          <w:bCs/>
          <w:color w:val="000000" w:themeColor="text1"/>
          <w:sz w:val="24"/>
          <w:szCs w:val="24"/>
          <w:rtl/>
          <w:lang w:bidi="he-IL"/>
        </w:rPr>
      </w:pPr>
      <w:proofErr w:type="spellStart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lastRenderedPageBreak/>
        <w:t>תנאים</w:t>
      </w:r>
      <w:proofErr w:type="spellEnd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t>נוספים</w:t>
      </w:r>
      <w:proofErr w:type="spellEnd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t>המהווים</w:t>
      </w:r>
      <w:proofErr w:type="spellEnd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color w:val="000000" w:themeColor="text1"/>
          <w:sz w:val="24"/>
          <w:szCs w:val="24"/>
          <w:rtl/>
        </w:rPr>
        <w:t>יתרון</w:t>
      </w:r>
      <w:proofErr w:type="spellEnd"/>
    </w:p>
    <w:p w14:paraId="7A84C5F3" w14:textId="77777777" w:rsidR="00346356" w:rsidRPr="00346356" w:rsidRDefault="00346356" w:rsidP="00346356">
      <w:pPr>
        <w:bidi/>
        <w:rPr>
          <w:b/>
          <w:bCs/>
          <w:color w:val="000000" w:themeColor="text1"/>
          <w:sz w:val="24"/>
          <w:szCs w:val="24"/>
          <w:lang w:bidi="he-IL"/>
        </w:rPr>
      </w:pPr>
    </w:p>
    <w:p w14:paraId="7249A614" w14:textId="77777777" w:rsidR="00346356" w:rsidRPr="00346356" w:rsidRDefault="00346356" w:rsidP="00346356">
      <w:pPr>
        <w:numPr>
          <w:ilvl w:val="0"/>
          <w:numId w:val="13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תואר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אקדמי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רלוונטי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בשיווק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תקשורת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או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מנהל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עסקים</w:t>
      </w:r>
      <w:proofErr w:type="spellEnd"/>
      <w:r w:rsidRPr="00346356">
        <w:rPr>
          <w:sz w:val="24"/>
          <w:szCs w:val="24"/>
          <w:rtl/>
        </w:rPr>
        <w:t xml:space="preserve"> ו/</w:t>
      </w:r>
      <w:proofErr w:type="spellStart"/>
      <w:r w:rsidRPr="00346356">
        <w:rPr>
          <w:sz w:val="24"/>
          <w:szCs w:val="24"/>
          <w:rtl/>
        </w:rPr>
        <w:t>או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תואר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שני</w:t>
      </w:r>
      <w:proofErr w:type="spellEnd"/>
    </w:p>
    <w:p w14:paraId="0E754A19" w14:textId="77777777" w:rsidR="00346356" w:rsidRPr="00346356" w:rsidRDefault="00346356" w:rsidP="00346356">
      <w:pPr>
        <w:numPr>
          <w:ilvl w:val="0"/>
          <w:numId w:val="13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בשיווק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מוסדות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תרבות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תיירות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או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ארגונים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ציבוריים</w:t>
      </w:r>
      <w:proofErr w:type="spellEnd"/>
    </w:p>
    <w:p w14:paraId="44A86C3C" w14:textId="77777777" w:rsidR="00346356" w:rsidRPr="00346356" w:rsidRDefault="00346356" w:rsidP="00346356">
      <w:pPr>
        <w:numPr>
          <w:ilvl w:val="0"/>
          <w:numId w:val="13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בעבודה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עם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מערכות</w:t>
      </w:r>
      <w:proofErr w:type="spellEnd"/>
      <w:r w:rsidRPr="00346356">
        <w:rPr>
          <w:sz w:val="24"/>
          <w:szCs w:val="24"/>
        </w:rPr>
        <w:t xml:space="preserve"> CRM, </w:t>
      </w:r>
      <w:proofErr w:type="spellStart"/>
      <w:r w:rsidRPr="00346356">
        <w:rPr>
          <w:sz w:val="24"/>
          <w:szCs w:val="24"/>
          <w:rtl/>
        </w:rPr>
        <w:t>כרטוס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אוטומציה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שיווקית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וכלי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אנליטיקה</w:t>
      </w:r>
      <w:proofErr w:type="spellEnd"/>
    </w:p>
    <w:p w14:paraId="0C4D1AC2" w14:textId="77777777" w:rsidR="00346356" w:rsidRPr="00346356" w:rsidRDefault="00346356" w:rsidP="00346356">
      <w:pPr>
        <w:numPr>
          <w:ilvl w:val="0"/>
          <w:numId w:val="13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בדוברות</w:t>
      </w:r>
      <w:proofErr w:type="spellEnd"/>
      <w:r w:rsidRPr="00346356">
        <w:rPr>
          <w:sz w:val="24"/>
          <w:szCs w:val="24"/>
          <w:rtl/>
        </w:rPr>
        <w:t xml:space="preserve">, </w:t>
      </w:r>
      <w:proofErr w:type="spellStart"/>
      <w:r w:rsidRPr="00346356">
        <w:rPr>
          <w:sz w:val="24"/>
          <w:szCs w:val="24"/>
          <w:rtl/>
        </w:rPr>
        <w:t>בניהול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משברים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תקשורתיים</w:t>
      </w:r>
      <w:proofErr w:type="spellEnd"/>
      <w:r w:rsidRPr="00346356">
        <w:rPr>
          <w:sz w:val="24"/>
          <w:szCs w:val="24"/>
          <w:rtl/>
        </w:rPr>
        <w:t xml:space="preserve"> </w:t>
      </w:r>
    </w:p>
    <w:p w14:paraId="0508399B" w14:textId="77777777" w:rsidR="00346356" w:rsidRPr="00346356" w:rsidRDefault="00346356" w:rsidP="00346356">
      <w:pPr>
        <w:numPr>
          <w:ilvl w:val="0"/>
          <w:numId w:val="13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ניסיון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בפיתוח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שיתופי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פעולה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אסטרטגיים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ומסחריים</w:t>
      </w:r>
      <w:proofErr w:type="spellEnd"/>
    </w:p>
    <w:p w14:paraId="27969A78" w14:textId="77777777" w:rsidR="00346356" w:rsidRPr="00346356" w:rsidRDefault="00346356" w:rsidP="00346356">
      <w:pPr>
        <w:bidi/>
        <w:rPr>
          <w:sz w:val="24"/>
          <w:szCs w:val="24"/>
        </w:rPr>
      </w:pPr>
    </w:p>
    <w:p w14:paraId="0267C77D" w14:textId="77777777" w:rsidR="00346356" w:rsidRDefault="00346356" w:rsidP="00346356">
      <w:pPr>
        <w:bidi/>
        <w:rPr>
          <w:b/>
          <w:bCs/>
          <w:sz w:val="24"/>
          <w:szCs w:val="24"/>
          <w:rtl/>
          <w:lang w:bidi="he-IL"/>
        </w:rPr>
      </w:pPr>
      <w:proofErr w:type="spellStart"/>
      <w:r w:rsidRPr="00346356">
        <w:rPr>
          <w:b/>
          <w:bCs/>
          <w:sz w:val="24"/>
          <w:szCs w:val="24"/>
          <w:rtl/>
        </w:rPr>
        <w:t>לצפייה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בפרופיל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התפקיד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המלא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ובשאלון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המועמדות</w:t>
      </w:r>
      <w:proofErr w:type="spellEnd"/>
      <w:r w:rsidRPr="00346356">
        <w:rPr>
          <w:b/>
          <w:bCs/>
          <w:sz w:val="24"/>
          <w:szCs w:val="24"/>
          <w:rtl/>
        </w:rPr>
        <w:t xml:space="preserve">: </w:t>
      </w:r>
    </w:p>
    <w:p w14:paraId="57B0B90C" w14:textId="01ADC17F" w:rsidR="00346356" w:rsidRPr="00346356" w:rsidRDefault="00E15372" w:rsidP="00346356">
      <w:pPr>
        <w:bidi/>
        <w:rPr>
          <w:b/>
          <w:bCs/>
          <w:sz w:val="24"/>
          <w:szCs w:val="24"/>
          <w:highlight w:val="yellow"/>
          <w:rtl/>
        </w:rPr>
      </w:pPr>
      <w:hyperlink r:id="rId8" w:history="1">
        <w:r w:rsidRPr="001B6254">
          <w:rPr>
            <w:rStyle w:val="Hyperlink"/>
            <w:b/>
            <w:bCs/>
            <w:sz w:val="24"/>
            <w:szCs w:val="24"/>
          </w:rPr>
          <w:t>https://www.hever.co.il/eretzmuseumvpmarketing</w:t>
        </w:r>
      </w:hyperlink>
    </w:p>
    <w:p w14:paraId="31B7D7D4" w14:textId="77777777" w:rsidR="00346356" w:rsidRPr="00346356" w:rsidRDefault="00346356" w:rsidP="00346356">
      <w:pPr>
        <w:bidi/>
        <w:rPr>
          <w:rFonts w:cs="Arial"/>
          <w:b/>
          <w:bCs/>
          <w:sz w:val="24"/>
          <w:szCs w:val="24"/>
          <w:rtl/>
        </w:rPr>
      </w:pPr>
      <w:proofErr w:type="spellStart"/>
      <w:r w:rsidRPr="00346356">
        <w:rPr>
          <w:rFonts w:hint="cs"/>
          <w:b/>
          <w:bCs/>
          <w:sz w:val="24"/>
          <w:szCs w:val="24"/>
          <w:rtl/>
        </w:rPr>
        <w:t>או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sz w:val="24"/>
          <w:szCs w:val="24"/>
          <w:rtl/>
        </w:rPr>
        <w:t>באתר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sz w:val="24"/>
          <w:szCs w:val="24"/>
          <w:rtl/>
        </w:rPr>
        <w:t>מוז"א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:  </w:t>
      </w:r>
      <w:hyperlink r:id="rId9" w:history="1">
        <w:r w:rsidRPr="00346356">
          <w:rPr>
            <w:rStyle w:val="Hyperlink"/>
            <w:b/>
            <w:bCs/>
            <w:sz w:val="24"/>
            <w:szCs w:val="24"/>
          </w:rPr>
          <w:t>https://www.eretzmuseum.org.il</w:t>
        </w:r>
      </w:hyperlink>
    </w:p>
    <w:p w14:paraId="74DFAB04" w14:textId="77777777" w:rsidR="00346356" w:rsidRPr="00346356" w:rsidRDefault="00346356" w:rsidP="00346356">
      <w:pPr>
        <w:bidi/>
        <w:rPr>
          <w:sz w:val="24"/>
          <w:szCs w:val="24"/>
          <w:rtl/>
        </w:rPr>
      </w:pPr>
    </w:p>
    <w:p w14:paraId="43B0B1D6" w14:textId="77777777" w:rsidR="00346356" w:rsidRPr="00346356" w:rsidRDefault="00346356" w:rsidP="00346356">
      <w:pPr>
        <w:bidi/>
        <w:rPr>
          <w:sz w:val="24"/>
          <w:szCs w:val="24"/>
        </w:rPr>
      </w:pPr>
      <w:proofErr w:type="spellStart"/>
      <w:r w:rsidRPr="00346356">
        <w:rPr>
          <w:b/>
          <w:bCs/>
          <w:sz w:val="24"/>
          <w:szCs w:val="24"/>
          <w:rtl/>
        </w:rPr>
        <w:t>להגשת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מועמדות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יש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לשלוח</w:t>
      </w:r>
      <w:proofErr w:type="spellEnd"/>
      <w:r w:rsidRPr="00346356">
        <w:rPr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b/>
          <w:bCs/>
          <w:sz w:val="24"/>
          <w:szCs w:val="24"/>
          <w:rtl/>
        </w:rPr>
        <w:t>בדוא״ל</w:t>
      </w:r>
      <w:proofErr w:type="spellEnd"/>
      <w:r w:rsidRPr="00346356">
        <w:rPr>
          <w:b/>
          <w:bCs/>
          <w:sz w:val="24"/>
          <w:szCs w:val="24"/>
        </w:rPr>
        <w:t xml:space="preserve"> </w:t>
      </w:r>
      <w:r w:rsidRPr="00346356">
        <w:rPr>
          <w:rFonts w:hint="cs"/>
          <w:b/>
          <w:bCs/>
          <w:sz w:val="24"/>
          <w:szCs w:val="24"/>
          <w:rtl/>
        </w:rPr>
        <w:t xml:space="preserve"> : </w:t>
      </w:r>
      <w:r w:rsidRPr="00346356">
        <w:rPr>
          <w:b/>
          <w:bCs/>
          <w:sz w:val="24"/>
          <w:szCs w:val="24"/>
        </w:rPr>
        <w:t>muzavpmarketing@hever.co.il</w:t>
      </w:r>
    </w:p>
    <w:p w14:paraId="6CA34278" w14:textId="77777777" w:rsidR="00346356" w:rsidRPr="00346356" w:rsidRDefault="00346356" w:rsidP="00346356">
      <w:pPr>
        <w:numPr>
          <w:ilvl w:val="0"/>
          <w:numId w:val="14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קורות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חיים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מעודכנים</w:t>
      </w:r>
      <w:proofErr w:type="spellEnd"/>
      <w:r w:rsidRPr="00346356">
        <w:rPr>
          <w:sz w:val="24"/>
          <w:szCs w:val="24"/>
        </w:rPr>
        <w:t>.</w:t>
      </w:r>
    </w:p>
    <w:p w14:paraId="4E39ECBB" w14:textId="77777777" w:rsidR="00346356" w:rsidRPr="00346356" w:rsidRDefault="00346356" w:rsidP="00346356">
      <w:pPr>
        <w:numPr>
          <w:ilvl w:val="0"/>
          <w:numId w:val="14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שאלון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מועמדות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מלא</w:t>
      </w:r>
      <w:proofErr w:type="spellEnd"/>
      <w:r w:rsidRPr="00346356">
        <w:rPr>
          <w:sz w:val="24"/>
          <w:szCs w:val="24"/>
        </w:rPr>
        <w:t>.</w:t>
      </w:r>
    </w:p>
    <w:p w14:paraId="1F3B9495" w14:textId="77777777" w:rsidR="00346356" w:rsidRPr="00346356" w:rsidRDefault="00346356" w:rsidP="00346356">
      <w:pPr>
        <w:numPr>
          <w:ilvl w:val="0"/>
          <w:numId w:val="14"/>
        </w:numPr>
        <w:bidi/>
        <w:spacing w:after="160" w:line="278" w:lineRule="auto"/>
        <w:rPr>
          <w:sz w:val="24"/>
          <w:szCs w:val="24"/>
        </w:rPr>
      </w:pPr>
      <w:proofErr w:type="spellStart"/>
      <w:r w:rsidRPr="00346356">
        <w:rPr>
          <w:sz w:val="24"/>
          <w:szCs w:val="24"/>
          <w:rtl/>
        </w:rPr>
        <w:t>מסמכים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נוספים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ככל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שיידרשו</w:t>
      </w:r>
      <w:proofErr w:type="spellEnd"/>
      <w:r w:rsidRPr="00346356">
        <w:rPr>
          <w:sz w:val="24"/>
          <w:szCs w:val="24"/>
          <w:rtl/>
        </w:rPr>
        <w:t xml:space="preserve"> </w:t>
      </w:r>
      <w:proofErr w:type="spellStart"/>
      <w:r w:rsidRPr="00346356">
        <w:rPr>
          <w:sz w:val="24"/>
          <w:szCs w:val="24"/>
          <w:rtl/>
        </w:rPr>
        <w:t>בהליך</w:t>
      </w:r>
      <w:proofErr w:type="spellEnd"/>
      <w:r w:rsidRPr="00346356">
        <w:rPr>
          <w:sz w:val="24"/>
          <w:szCs w:val="24"/>
        </w:rPr>
        <w:t>.</w:t>
      </w:r>
    </w:p>
    <w:p w14:paraId="4BBFD904" w14:textId="77777777" w:rsidR="00346356" w:rsidRDefault="00346356" w:rsidP="00346356">
      <w:pPr>
        <w:bidi/>
        <w:rPr>
          <w:sz w:val="24"/>
          <w:szCs w:val="24"/>
          <w:rtl/>
          <w:lang w:bidi="he-IL"/>
        </w:rPr>
      </w:pPr>
    </w:p>
    <w:p w14:paraId="2725A9E2" w14:textId="77777777" w:rsidR="00256266" w:rsidRPr="007742AC" w:rsidRDefault="00256266" w:rsidP="00256266">
      <w:pPr>
        <w:bidi/>
      </w:pPr>
      <w:proofErr w:type="spellStart"/>
      <w:r>
        <w:rPr>
          <w:rFonts w:hint="cs"/>
          <w:b/>
          <w:bCs/>
          <w:rtl/>
        </w:rPr>
        <w:t>כללי</w:t>
      </w:r>
      <w:proofErr w:type="spellEnd"/>
      <w:r>
        <w:rPr>
          <w:rFonts w:hint="cs"/>
          <w:b/>
          <w:bCs/>
          <w:rtl/>
        </w:rPr>
        <w:t>:</w:t>
      </w:r>
    </w:p>
    <w:p w14:paraId="6AF31200" w14:textId="77777777" w:rsidR="00256266" w:rsidRPr="007742AC" w:rsidRDefault="00256266" w:rsidP="00256266">
      <w:pPr>
        <w:numPr>
          <w:ilvl w:val="0"/>
          <w:numId w:val="15"/>
        </w:numPr>
        <w:bidi/>
        <w:spacing w:after="160" w:line="278" w:lineRule="auto"/>
      </w:pPr>
      <w:proofErr w:type="spellStart"/>
      <w:r w:rsidRPr="007742AC">
        <w:rPr>
          <w:rtl/>
        </w:rPr>
        <w:t>המשרה</w:t>
      </w:r>
      <w:proofErr w:type="spellEnd"/>
      <w:r w:rsidRPr="007742AC">
        <w:rPr>
          <w:rtl/>
        </w:rPr>
        <w:t xml:space="preserve"> </w:t>
      </w:r>
      <w:proofErr w:type="spellStart"/>
      <w:r w:rsidRPr="007742AC">
        <w:rPr>
          <w:rtl/>
        </w:rPr>
        <w:t>מיועדת</w:t>
      </w:r>
      <w:proofErr w:type="spellEnd"/>
      <w:r w:rsidRPr="007742AC">
        <w:rPr>
          <w:rtl/>
        </w:rPr>
        <w:t xml:space="preserve"> </w:t>
      </w:r>
      <w:proofErr w:type="spellStart"/>
      <w:r w:rsidRPr="007742AC">
        <w:rPr>
          <w:rtl/>
        </w:rPr>
        <w:t>לנשים</w:t>
      </w:r>
      <w:proofErr w:type="spellEnd"/>
      <w:r w:rsidRPr="007742AC">
        <w:rPr>
          <w:rtl/>
        </w:rPr>
        <w:t xml:space="preserve"> </w:t>
      </w:r>
      <w:proofErr w:type="spellStart"/>
      <w:r w:rsidRPr="007742AC">
        <w:rPr>
          <w:rtl/>
        </w:rPr>
        <w:t>ולגברים</w:t>
      </w:r>
      <w:proofErr w:type="spellEnd"/>
      <w:r w:rsidRPr="007742AC">
        <w:rPr>
          <w:rtl/>
        </w:rPr>
        <w:t xml:space="preserve"> </w:t>
      </w:r>
      <w:proofErr w:type="spellStart"/>
      <w:r w:rsidRPr="007742AC">
        <w:rPr>
          <w:rtl/>
        </w:rPr>
        <w:t>כאחד</w:t>
      </w:r>
      <w:proofErr w:type="spellEnd"/>
      <w:r w:rsidRPr="007742AC">
        <w:t>.</w:t>
      </w:r>
    </w:p>
    <w:p w14:paraId="0A066E1C" w14:textId="77777777" w:rsidR="00256266" w:rsidRPr="002F476A" w:rsidRDefault="00256266" w:rsidP="00256266">
      <w:pPr>
        <w:numPr>
          <w:ilvl w:val="0"/>
          <w:numId w:val="15"/>
        </w:numPr>
        <w:bidi/>
        <w:spacing w:after="160" w:line="278" w:lineRule="auto"/>
        <w:rPr>
          <w:rFonts w:asciiTheme="minorBidi" w:hAnsiTheme="minorBidi"/>
          <w:b/>
          <w:bCs/>
        </w:rPr>
      </w:pPr>
      <w:proofErr w:type="spellStart"/>
      <w:r w:rsidRPr="002F476A">
        <w:rPr>
          <w:rtl/>
        </w:rPr>
        <w:t>הליך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הבחירה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יתקיים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בהתאם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להוראות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הדין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החל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על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מוז"א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לרבות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נוהלי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משרד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הפנים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ועיריית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תל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אביב-יפו</w:t>
      </w:r>
      <w:proofErr w:type="spellEnd"/>
      <w:r w:rsidRPr="002F476A">
        <w:rPr>
          <w:rFonts w:asciiTheme="minorBidi" w:hAnsiTheme="minorBidi"/>
          <w:rtl/>
        </w:rPr>
        <w:t>.</w:t>
      </w:r>
    </w:p>
    <w:p w14:paraId="33BACF10" w14:textId="77777777" w:rsidR="00256266" w:rsidRPr="002F476A" w:rsidRDefault="00256266" w:rsidP="00256266">
      <w:pPr>
        <w:numPr>
          <w:ilvl w:val="0"/>
          <w:numId w:val="15"/>
        </w:numPr>
        <w:bidi/>
        <w:spacing w:after="160" w:line="278" w:lineRule="auto"/>
        <w:rPr>
          <w:rFonts w:asciiTheme="minorBidi" w:hAnsiTheme="minorBidi"/>
        </w:rPr>
      </w:pPr>
      <w:proofErr w:type="spellStart"/>
      <w:r w:rsidRPr="002F476A">
        <w:rPr>
          <w:rFonts w:asciiTheme="minorBidi" w:hAnsiTheme="minorBidi"/>
          <w:rtl/>
        </w:rPr>
        <w:t>מתוך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שאיפה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לקידום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השוויון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בתעסוקה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ולייצוג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הולם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של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אוכלוסיות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מיעוט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תינתן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העדפה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לזכאים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על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פי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הוראות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הדין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לרבות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בני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העדה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האתיופית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בני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האוכלוסייה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הערבית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הדרוזית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או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הצ'רקסית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בני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האוכלוסייה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החרדית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עולים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חדשים</w:t>
      </w:r>
      <w:proofErr w:type="spellEnd"/>
      <w:r w:rsidRPr="002F476A">
        <w:rPr>
          <w:rFonts w:asciiTheme="minorBidi" w:hAnsiTheme="minorBidi"/>
          <w:rtl/>
        </w:rPr>
        <w:t xml:space="preserve"> (</w:t>
      </w:r>
      <w:proofErr w:type="spellStart"/>
      <w:r w:rsidRPr="002F476A">
        <w:rPr>
          <w:rFonts w:asciiTheme="minorBidi" w:hAnsiTheme="minorBidi"/>
          <w:rtl/>
        </w:rPr>
        <w:t>מי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שעלה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לישראל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בהיותו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בגיר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וטרם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חלפו</w:t>
      </w:r>
      <w:proofErr w:type="spellEnd"/>
      <w:r w:rsidRPr="002F476A">
        <w:rPr>
          <w:rFonts w:asciiTheme="minorBidi" w:hAnsiTheme="minorBidi"/>
          <w:rtl/>
        </w:rPr>
        <w:t xml:space="preserve"> 12 </w:t>
      </w:r>
      <w:proofErr w:type="spellStart"/>
      <w:r w:rsidRPr="002F476A">
        <w:rPr>
          <w:rFonts w:asciiTheme="minorBidi" w:hAnsiTheme="minorBidi"/>
          <w:rtl/>
        </w:rPr>
        <w:t>שנים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מיום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עלייתו</w:t>
      </w:r>
      <w:proofErr w:type="spellEnd"/>
      <w:r w:rsidRPr="002F476A">
        <w:rPr>
          <w:rFonts w:asciiTheme="minorBidi" w:hAnsiTheme="minorBidi"/>
          <w:rtl/>
        </w:rPr>
        <w:t xml:space="preserve">) </w:t>
      </w:r>
      <w:proofErr w:type="spellStart"/>
      <w:r w:rsidRPr="002F476A">
        <w:rPr>
          <w:rFonts w:asciiTheme="minorBidi" w:hAnsiTheme="minorBidi"/>
          <w:rtl/>
        </w:rPr>
        <w:t>ואנשים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עם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מוגבלות</w:t>
      </w:r>
      <w:proofErr w:type="spellEnd"/>
      <w:r w:rsidRPr="002F476A">
        <w:rPr>
          <w:rFonts w:asciiTheme="minorBidi" w:hAnsiTheme="minorBidi"/>
          <w:rtl/>
        </w:rPr>
        <w:t xml:space="preserve">), </w:t>
      </w:r>
      <w:proofErr w:type="spellStart"/>
      <w:r w:rsidRPr="002F476A">
        <w:rPr>
          <w:rFonts w:asciiTheme="minorBidi" w:hAnsiTheme="minorBidi"/>
          <w:rtl/>
        </w:rPr>
        <w:t>והכל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אם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המועמד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הוא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בעל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כישורים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דומים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לכישוריהם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של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מועמדים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אחרים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לתפקיד</w:t>
      </w:r>
      <w:proofErr w:type="spellEnd"/>
      <w:r w:rsidRPr="002F476A">
        <w:rPr>
          <w:rFonts w:asciiTheme="minorBidi" w:hAnsiTheme="minorBidi"/>
          <w:rtl/>
        </w:rPr>
        <w:t>.</w:t>
      </w:r>
    </w:p>
    <w:p w14:paraId="20A656B5" w14:textId="77777777" w:rsidR="00256266" w:rsidRDefault="00256266" w:rsidP="00256266">
      <w:pPr>
        <w:numPr>
          <w:ilvl w:val="0"/>
          <w:numId w:val="15"/>
        </w:numPr>
        <w:bidi/>
        <w:spacing w:after="160" w:line="278" w:lineRule="auto"/>
        <w:rPr>
          <w:rFonts w:asciiTheme="minorBidi" w:hAnsiTheme="minorBidi"/>
          <w:b/>
          <w:bCs/>
        </w:rPr>
      </w:pPr>
      <w:proofErr w:type="spellStart"/>
      <w:r w:rsidRPr="002F476A">
        <w:rPr>
          <w:rFonts w:asciiTheme="minorBidi" w:hAnsiTheme="minorBidi"/>
          <w:rtl/>
        </w:rPr>
        <w:t>אדם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עם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מוגבלות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כמשמעות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מונח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זה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בסעיף</w:t>
      </w:r>
      <w:proofErr w:type="spellEnd"/>
      <w:r w:rsidRPr="002F476A">
        <w:rPr>
          <w:rFonts w:asciiTheme="minorBidi" w:hAnsiTheme="minorBidi"/>
          <w:rtl/>
        </w:rPr>
        <w:t xml:space="preserve"> 5 </w:t>
      </w:r>
      <w:proofErr w:type="spellStart"/>
      <w:r w:rsidRPr="002F476A">
        <w:rPr>
          <w:rFonts w:asciiTheme="minorBidi" w:hAnsiTheme="minorBidi"/>
          <w:rtl/>
        </w:rPr>
        <w:t>לחוק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שוויון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זכויות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לאנשים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עם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מוגבלות</w:t>
      </w:r>
      <w:proofErr w:type="spellEnd"/>
      <w:r w:rsidRPr="002F476A">
        <w:rPr>
          <w:rFonts w:asciiTheme="minorBidi" w:hAnsiTheme="minorBidi"/>
          <w:rtl/>
        </w:rPr>
        <w:t xml:space="preserve">, </w:t>
      </w:r>
      <w:proofErr w:type="spellStart"/>
      <w:r w:rsidRPr="002F476A">
        <w:rPr>
          <w:rFonts w:asciiTheme="minorBidi" w:hAnsiTheme="minorBidi"/>
          <w:rtl/>
        </w:rPr>
        <w:t>התשנ"ח</w:t>
      </w:r>
      <w:proofErr w:type="spellEnd"/>
      <w:r w:rsidRPr="002F476A">
        <w:rPr>
          <w:rFonts w:asciiTheme="minorBidi" w:hAnsiTheme="minorBidi"/>
          <w:rtl/>
        </w:rPr>
        <w:t xml:space="preserve"> -1998, </w:t>
      </w:r>
      <w:proofErr w:type="spellStart"/>
      <w:r w:rsidRPr="002F476A">
        <w:rPr>
          <w:rFonts w:asciiTheme="minorBidi" w:hAnsiTheme="minorBidi"/>
          <w:rtl/>
        </w:rPr>
        <w:t>זכאי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לבקש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התאמה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הנדרשת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מחמת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מוגבלותו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בהליכי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הקבלה</w:t>
      </w:r>
      <w:proofErr w:type="spellEnd"/>
      <w:r w:rsidRPr="002F476A">
        <w:rPr>
          <w:rFonts w:asciiTheme="minorBidi" w:hAnsiTheme="minorBidi"/>
          <w:rtl/>
        </w:rPr>
        <w:t xml:space="preserve"> </w:t>
      </w:r>
      <w:proofErr w:type="spellStart"/>
      <w:r w:rsidRPr="002F476A">
        <w:rPr>
          <w:rFonts w:asciiTheme="minorBidi" w:hAnsiTheme="minorBidi"/>
          <w:rtl/>
        </w:rPr>
        <w:t>לעבודה</w:t>
      </w:r>
      <w:proofErr w:type="spellEnd"/>
      <w:r w:rsidRPr="002F476A">
        <w:rPr>
          <w:rFonts w:asciiTheme="minorBidi" w:hAnsiTheme="minorBidi"/>
          <w:rtl/>
        </w:rPr>
        <w:t>.</w:t>
      </w:r>
    </w:p>
    <w:p w14:paraId="28591295" w14:textId="77777777" w:rsidR="00256266" w:rsidRPr="00271731" w:rsidRDefault="00256266" w:rsidP="00256266">
      <w:pPr>
        <w:bidi/>
      </w:pPr>
    </w:p>
    <w:p w14:paraId="5896DCAB" w14:textId="77777777" w:rsidR="00256266" w:rsidRPr="00256266" w:rsidRDefault="00256266" w:rsidP="00256266">
      <w:pPr>
        <w:bidi/>
        <w:rPr>
          <w:b/>
          <w:bCs/>
          <w:sz w:val="24"/>
          <w:szCs w:val="24"/>
          <w:rtl/>
          <w:lang w:bidi="he-IL"/>
        </w:rPr>
      </w:pPr>
    </w:p>
    <w:p w14:paraId="0B1A61ED" w14:textId="0E5F1E6D" w:rsidR="00346356" w:rsidRPr="00346356" w:rsidRDefault="00346356" w:rsidP="00346356">
      <w:pPr>
        <w:bidi/>
        <w:rPr>
          <w:b/>
          <w:bCs/>
          <w:sz w:val="24"/>
          <w:szCs w:val="24"/>
        </w:rPr>
      </w:pPr>
      <w:proofErr w:type="spellStart"/>
      <w:r w:rsidRPr="00346356">
        <w:rPr>
          <w:rFonts w:hint="cs"/>
          <w:b/>
          <w:bCs/>
          <w:sz w:val="24"/>
          <w:szCs w:val="24"/>
          <w:rtl/>
        </w:rPr>
        <w:t>ניתן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sz w:val="24"/>
          <w:szCs w:val="24"/>
          <w:rtl/>
        </w:rPr>
        <w:t>להגיש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sz w:val="24"/>
          <w:szCs w:val="24"/>
          <w:rtl/>
        </w:rPr>
        <w:t>מועמדות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sz w:val="24"/>
          <w:szCs w:val="24"/>
          <w:rtl/>
        </w:rPr>
        <w:t>עד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ה </w:t>
      </w:r>
      <w:r w:rsidR="00AF0590">
        <w:rPr>
          <w:rFonts w:hint="cs"/>
          <w:b/>
          <w:bCs/>
          <w:sz w:val="24"/>
          <w:szCs w:val="24"/>
          <w:rtl/>
          <w:lang w:bidi="he-IL"/>
        </w:rPr>
        <w:t>22.11.2026</w:t>
      </w:r>
      <w:r w:rsidRPr="00346356">
        <w:rPr>
          <w:rFonts w:hint="cs"/>
          <w:b/>
          <w:bCs/>
          <w:sz w:val="24"/>
          <w:szCs w:val="24"/>
          <w:rtl/>
        </w:rPr>
        <w:t xml:space="preserve"> </w:t>
      </w:r>
      <w:proofErr w:type="spellStart"/>
      <w:r w:rsidRPr="00346356">
        <w:rPr>
          <w:rFonts w:hint="cs"/>
          <w:b/>
          <w:bCs/>
          <w:sz w:val="24"/>
          <w:szCs w:val="24"/>
          <w:rtl/>
        </w:rPr>
        <w:t>בשעה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 16:00</w:t>
      </w:r>
    </w:p>
    <w:p w14:paraId="0E2B7C5F" w14:textId="77777777" w:rsidR="00346356" w:rsidRPr="00346356" w:rsidRDefault="00346356" w:rsidP="00346356">
      <w:pPr>
        <w:bidi/>
        <w:rPr>
          <w:b/>
          <w:bCs/>
          <w:sz w:val="24"/>
          <w:szCs w:val="24"/>
          <w:rtl/>
        </w:rPr>
      </w:pPr>
      <w:proofErr w:type="spellStart"/>
      <w:r w:rsidRPr="00346356">
        <w:rPr>
          <w:rFonts w:hint="cs"/>
          <w:b/>
          <w:bCs/>
          <w:sz w:val="24"/>
          <w:szCs w:val="24"/>
          <w:rtl/>
        </w:rPr>
        <w:t>למייל</w:t>
      </w:r>
      <w:proofErr w:type="spellEnd"/>
      <w:r w:rsidRPr="00346356">
        <w:rPr>
          <w:rFonts w:hint="cs"/>
          <w:b/>
          <w:bCs/>
          <w:sz w:val="24"/>
          <w:szCs w:val="24"/>
          <w:rtl/>
        </w:rPr>
        <w:t xml:space="preserve">: </w:t>
      </w:r>
    </w:p>
    <w:p w14:paraId="354EEFA0" w14:textId="77777777" w:rsidR="00346356" w:rsidRPr="00346356" w:rsidRDefault="00346356" w:rsidP="00346356">
      <w:pPr>
        <w:bidi/>
        <w:rPr>
          <w:sz w:val="24"/>
          <w:szCs w:val="24"/>
        </w:rPr>
      </w:pPr>
      <w:hyperlink r:id="rId10" w:history="1">
        <w:r w:rsidRPr="00346356">
          <w:rPr>
            <w:rStyle w:val="Hyperlink"/>
            <w:b/>
            <w:bCs/>
            <w:sz w:val="24"/>
            <w:szCs w:val="24"/>
          </w:rPr>
          <w:t>muzavpmarketing@hever.co.il</w:t>
        </w:r>
      </w:hyperlink>
    </w:p>
    <w:p w14:paraId="304B9FEC" w14:textId="77777777" w:rsidR="00346356" w:rsidRPr="00346356" w:rsidRDefault="00346356" w:rsidP="00346356">
      <w:pPr>
        <w:bidi/>
        <w:rPr>
          <w:sz w:val="24"/>
          <w:szCs w:val="24"/>
        </w:rPr>
      </w:pPr>
    </w:p>
    <w:p w14:paraId="6042EF8F" w14:textId="77777777" w:rsidR="00346356" w:rsidRPr="00346356" w:rsidRDefault="00346356" w:rsidP="00346356">
      <w:pPr>
        <w:bidi/>
        <w:rPr>
          <w:b/>
          <w:bCs/>
          <w:sz w:val="24"/>
          <w:szCs w:val="24"/>
          <w:rtl/>
        </w:rPr>
      </w:pPr>
    </w:p>
    <w:sectPr w:rsidR="00346356" w:rsidRPr="00346356" w:rsidSect="00034616">
      <w:footerReference w:type="default" r:id="rId11"/>
      <w:pgSz w:w="12240" w:h="15840"/>
      <w:pgMar w:top="1077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16186" w14:textId="77777777" w:rsidR="00BF6994" w:rsidRDefault="00BF6994">
      <w:pPr>
        <w:spacing w:after="0" w:line="240" w:lineRule="auto"/>
      </w:pPr>
      <w:r>
        <w:separator/>
      </w:r>
    </w:p>
  </w:endnote>
  <w:endnote w:type="continuationSeparator" w:id="0">
    <w:p w14:paraId="2196C173" w14:textId="77777777" w:rsidR="00BF6994" w:rsidRDefault="00BF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E351" w14:textId="77777777" w:rsidR="0017416B" w:rsidRDefault="00000000" w:rsidP="00C7345E">
    <w:pPr>
      <w:pStyle w:val="a7"/>
      <w:bidi/>
      <w:jc w:val="center"/>
    </w:pPr>
    <w:proofErr w:type="spellStart"/>
    <w:r>
      <w:rPr>
        <w:rtl/>
      </w:rPr>
      <w:t>מוז״א</w:t>
    </w:r>
    <w:proofErr w:type="spellEnd"/>
    <w:r>
      <w:rPr>
        <w:rtl/>
      </w:rPr>
      <w:t xml:space="preserve"> | </w:t>
    </w:r>
    <w:proofErr w:type="spellStart"/>
    <w:r>
      <w:rPr>
        <w:rtl/>
      </w:rPr>
      <w:t>שאלון</w:t>
    </w:r>
    <w:proofErr w:type="spellEnd"/>
    <w:r>
      <w:rPr>
        <w:rtl/>
      </w:rPr>
      <w:t xml:space="preserve"> </w:t>
    </w:r>
    <w:proofErr w:type="spellStart"/>
    <w:r>
      <w:rPr>
        <w:rtl/>
      </w:rPr>
      <w:t>מועמדות</w:t>
    </w:r>
    <w:proofErr w:type="spellEnd"/>
    <w:r>
      <w:rPr>
        <w:rtl/>
      </w:rPr>
      <w:t xml:space="preserve"> – </w:t>
    </w:r>
    <w:proofErr w:type="spellStart"/>
    <w:r>
      <w:rPr>
        <w:rtl/>
      </w:rPr>
      <w:t>סמנכ״ל</w:t>
    </w:r>
    <w:proofErr w:type="spellEnd"/>
    <w:r>
      <w:rPr>
        <w:rtl/>
      </w:rPr>
      <w:t>/</w:t>
    </w:r>
    <w:proofErr w:type="spellStart"/>
    <w:r>
      <w:rPr>
        <w:rtl/>
      </w:rPr>
      <w:t>ית</w:t>
    </w:r>
    <w:proofErr w:type="spellEnd"/>
    <w:r>
      <w:rPr>
        <w:rtl/>
      </w:rPr>
      <w:t xml:space="preserve"> </w:t>
    </w:r>
    <w:proofErr w:type="spellStart"/>
    <w:r>
      <w:rPr>
        <w:rtl/>
      </w:rPr>
      <w:t>שיווק</w:t>
    </w:r>
    <w:proofErr w:type="spellEnd"/>
    <w:r>
      <w:rPr>
        <w:rtl/>
      </w:rPr>
      <w:t xml:space="preserve">, </w:t>
    </w:r>
    <w:proofErr w:type="spellStart"/>
    <w:r>
      <w:rPr>
        <w:rtl/>
      </w:rPr>
      <w:t>קהלים</w:t>
    </w:r>
    <w:proofErr w:type="spellEnd"/>
    <w:r>
      <w:rPr>
        <w:rtl/>
      </w:rPr>
      <w:t xml:space="preserve"> </w:t>
    </w:r>
    <w:proofErr w:type="spellStart"/>
    <w:r>
      <w:rPr>
        <w:rtl/>
      </w:rPr>
      <w:t>ומסחר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44FD4" w14:textId="77777777" w:rsidR="00BF6994" w:rsidRDefault="00BF6994">
      <w:pPr>
        <w:spacing w:after="0" w:line="240" w:lineRule="auto"/>
      </w:pPr>
      <w:r>
        <w:separator/>
      </w:r>
    </w:p>
  </w:footnote>
  <w:footnote w:type="continuationSeparator" w:id="0">
    <w:p w14:paraId="7C7EC056" w14:textId="77777777" w:rsidR="00BF6994" w:rsidRDefault="00BF6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2D25FE"/>
    <w:multiLevelType w:val="multilevel"/>
    <w:tmpl w:val="75B8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B90C45"/>
    <w:multiLevelType w:val="multilevel"/>
    <w:tmpl w:val="E6D2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1A4002"/>
    <w:multiLevelType w:val="multilevel"/>
    <w:tmpl w:val="8EF2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084BB7"/>
    <w:multiLevelType w:val="multilevel"/>
    <w:tmpl w:val="FBBC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C1824"/>
    <w:multiLevelType w:val="hybridMultilevel"/>
    <w:tmpl w:val="9AA072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C8F46DF"/>
    <w:multiLevelType w:val="multilevel"/>
    <w:tmpl w:val="5AE0B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0330857">
    <w:abstractNumId w:val="8"/>
  </w:num>
  <w:num w:numId="2" w16cid:durableId="1350908596">
    <w:abstractNumId w:val="6"/>
  </w:num>
  <w:num w:numId="3" w16cid:durableId="1342853177">
    <w:abstractNumId w:val="5"/>
  </w:num>
  <w:num w:numId="4" w16cid:durableId="2068069521">
    <w:abstractNumId w:val="4"/>
  </w:num>
  <w:num w:numId="5" w16cid:durableId="206839419">
    <w:abstractNumId w:val="7"/>
  </w:num>
  <w:num w:numId="6" w16cid:durableId="1117215361">
    <w:abstractNumId w:val="3"/>
  </w:num>
  <w:num w:numId="7" w16cid:durableId="381910108">
    <w:abstractNumId w:val="2"/>
  </w:num>
  <w:num w:numId="8" w16cid:durableId="1294291785">
    <w:abstractNumId w:val="1"/>
  </w:num>
  <w:num w:numId="9" w16cid:durableId="409238150">
    <w:abstractNumId w:val="0"/>
  </w:num>
  <w:num w:numId="10" w16cid:durableId="270626454">
    <w:abstractNumId w:val="13"/>
  </w:num>
  <w:num w:numId="11" w16cid:durableId="50463213">
    <w:abstractNumId w:val="12"/>
  </w:num>
  <w:num w:numId="12" w16cid:durableId="2010793249">
    <w:abstractNumId w:val="9"/>
  </w:num>
  <w:num w:numId="13" w16cid:durableId="1710373313">
    <w:abstractNumId w:val="10"/>
  </w:num>
  <w:num w:numId="14" w16cid:durableId="181749105">
    <w:abstractNumId w:val="14"/>
  </w:num>
  <w:num w:numId="15" w16cid:durableId="2018575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A81"/>
    <w:rsid w:val="000C371E"/>
    <w:rsid w:val="00105562"/>
    <w:rsid w:val="0015074B"/>
    <w:rsid w:val="0017416B"/>
    <w:rsid w:val="00206678"/>
    <w:rsid w:val="00256266"/>
    <w:rsid w:val="00283071"/>
    <w:rsid w:val="0029639D"/>
    <w:rsid w:val="00326F90"/>
    <w:rsid w:val="00346356"/>
    <w:rsid w:val="00445D70"/>
    <w:rsid w:val="0047127B"/>
    <w:rsid w:val="005352AE"/>
    <w:rsid w:val="005F2DA5"/>
    <w:rsid w:val="005F76C0"/>
    <w:rsid w:val="006712DD"/>
    <w:rsid w:val="006D4667"/>
    <w:rsid w:val="006E5859"/>
    <w:rsid w:val="00766BCF"/>
    <w:rsid w:val="007E7984"/>
    <w:rsid w:val="008D4A3A"/>
    <w:rsid w:val="009A3A85"/>
    <w:rsid w:val="009D2878"/>
    <w:rsid w:val="00A23B7F"/>
    <w:rsid w:val="00A72048"/>
    <w:rsid w:val="00AA1D8D"/>
    <w:rsid w:val="00AE0E43"/>
    <w:rsid w:val="00AF0590"/>
    <w:rsid w:val="00AF1C34"/>
    <w:rsid w:val="00B15B1E"/>
    <w:rsid w:val="00B47730"/>
    <w:rsid w:val="00B76226"/>
    <w:rsid w:val="00B94A38"/>
    <w:rsid w:val="00BD08E5"/>
    <w:rsid w:val="00BF6994"/>
    <w:rsid w:val="00C4427E"/>
    <w:rsid w:val="00C7345E"/>
    <w:rsid w:val="00C80D4C"/>
    <w:rsid w:val="00CA4458"/>
    <w:rsid w:val="00CB0664"/>
    <w:rsid w:val="00DB02C2"/>
    <w:rsid w:val="00E15372"/>
    <w:rsid w:val="00E71B23"/>
    <w:rsid w:val="00F76334"/>
    <w:rsid w:val="00F763FA"/>
    <w:rsid w:val="00FC693F"/>
    <w:rsid w:val="00FF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F4C9C"/>
  <w14:defaultImageDpi w14:val="300"/>
  <w15:docId w15:val="{AA1BF85C-3851-4D3E-91CE-BBEFB688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גוף טקסט תו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טקסט מאקרו תו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ציטוט תו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afb">
    <w:name w:val="Intense Quote"/>
    <w:basedOn w:val="a1"/>
    <w:next w:val="a1"/>
    <w:link w:val="afc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ציטוט חזק תו"/>
    <w:basedOn w:val="a2"/>
    <w:link w:val="afb"/>
    <w:uiPriority w:val="30"/>
    <w:rsid w:val="00FC693F"/>
    <w:rPr>
      <w:b/>
      <w:bCs/>
      <w:i/>
      <w:iCs/>
      <w:color w:val="4F81BD" w:themeColor="accent1"/>
    </w:rPr>
  </w:style>
  <w:style w:type="character" w:styleId="afd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f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0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2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3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rsid w:val="0047127B"/>
    <w:rPr>
      <w:rFonts w:cs="Times New Roman"/>
      <w:color w:val="0000FF"/>
      <w:u w:val="single"/>
    </w:rPr>
  </w:style>
  <w:style w:type="character" w:customStyle="1" w:styleId="af">
    <w:name w:val="פיסקת רשימה תו"/>
    <w:link w:val="ae"/>
    <w:uiPriority w:val="34"/>
    <w:locked/>
    <w:rsid w:val="0047127B"/>
    <w:rPr>
      <w:rFonts w:ascii="Arial" w:hAnsi="Arial"/>
      <w:sz w:val="20"/>
    </w:rPr>
  </w:style>
  <w:style w:type="character" w:styleId="affb">
    <w:name w:val="Unresolved Mention"/>
    <w:basedOn w:val="a2"/>
    <w:uiPriority w:val="99"/>
    <w:semiHidden/>
    <w:unhideWhenUsed/>
    <w:rsid w:val="00346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ver.co.il/eretzmuseumvpmarket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uzavpmarketing@hever.co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retzmuseum.org.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עומרי שלמה</cp:lastModifiedBy>
  <cp:revision>13</cp:revision>
  <dcterms:created xsi:type="dcterms:W3CDTF">2026-11-01T07:59:00Z</dcterms:created>
  <dcterms:modified xsi:type="dcterms:W3CDTF">2026-11-03T10:57:00Z</dcterms:modified>
  <cp:category/>
</cp:coreProperties>
</file>